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71BF" w14:textId="77AA04B9" w:rsidR="004C43BF" w:rsidRPr="00094FB3" w:rsidRDefault="002933C1" w:rsidP="004C43BF">
      <w:pPr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Aptos" w:eastAsia="HelveticaNeue-Light" w:hAnsi="Aptos" w:cstheme="majorHAnsi"/>
          <w:b/>
          <w:sz w:val="28"/>
          <w:szCs w:val="28"/>
        </w:rPr>
      </w:pPr>
      <w:r w:rsidRPr="00094FB3">
        <w:rPr>
          <w:rFonts w:ascii="Aptos" w:eastAsia="HelveticaNeue-Light" w:hAnsi="Aptos" w:cstheme="majorHAnsi"/>
          <w:b/>
          <w:sz w:val="28"/>
          <w:szCs w:val="28"/>
        </w:rPr>
        <w:t>Club and Society Sponsorship</w:t>
      </w:r>
      <w:r w:rsidR="00155661" w:rsidRPr="00094FB3">
        <w:rPr>
          <w:rFonts w:ascii="Aptos" w:eastAsia="HelveticaNeue-Light" w:hAnsi="Aptos" w:cstheme="majorHAnsi"/>
          <w:b/>
          <w:sz w:val="28"/>
          <w:szCs w:val="28"/>
        </w:rPr>
        <w:t>/</w:t>
      </w:r>
      <w:r w:rsidR="00536BF6" w:rsidRPr="00094FB3">
        <w:rPr>
          <w:rFonts w:ascii="Aptos" w:eastAsia="HelveticaNeue-Light" w:hAnsi="Aptos" w:cstheme="majorHAnsi"/>
          <w:b/>
          <w:sz w:val="28"/>
          <w:szCs w:val="28"/>
        </w:rPr>
        <w:t xml:space="preserve">Affiliation </w:t>
      </w:r>
      <w:r w:rsidR="000B3F09" w:rsidRPr="00094FB3">
        <w:rPr>
          <w:rFonts w:ascii="Aptos" w:eastAsia="HelveticaNeue-Light" w:hAnsi="Aptos" w:cstheme="majorHAnsi"/>
          <w:b/>
          <w:sz w:val="28"/>
          <w:szCs w:val="28"/>
        </w:rPr>
        <w:t>Application</w:t>
      </w:r>
      <w:r w:rsidR="004C43BF" w:rsidRPr="00094FB3">
        <w:rPr>
          <w:rFonts w:ascii="Aptos" w:eastAsia="HelveticaNeue-Light" w:hAnsi="Aptos" w:cstheme="majorHAnsi"/>
          <w:b/>
          <w:sz w:val="28"/>
          <w:szCs w:val="28"/>
        </w:rPr>
        <w:t xml:space="preserve"> Form</w:t>
      </w:r>
    </w:p>
    <w:p w14:paraId="5127EAA6" w14:textId="7388C8A4" w:rsidR="00621E81" w:rsidRPr="00094FB3" w:rsidRDefault="004C43BF" w:rsidP="001F67F5">
      <w:pPr>
        <w:autoSpaceDE w:val="0"/>
        <w:autoSpaceDN w:val="0"/>
        <w:adjustRightInd w:val="0"/>
        <w:spacing w:after="0" w:line="240" w:lineRule="auto"/>
        <w:jc w:val="both"/>
        <w:rPr>
          <w:rFonts w:ascii="Aptos" w:eastAsia="HelveticaNeue-Light" w:hAnsi="Aptos" w:cstheme="majorHAnsi"/>
          <w:b/>
          <w:sz w:val="24"/>
          <w:szCs w:val="24"/>
        </w:rPr>
      </w:pPr>
      <w:r w:rsidRPr="00094FB3">
        <w:rPr>
          <w:rFonts w:ascii="Aptos" w:eastAsia="HelveticaNeue-Light" w:hAnsi="Aptos" w:cstheme="majorHAnsi"/>
          <w:b/>
          <w:sz w:val="28"/>
          <w:szCs w:val="28"/>
        </w:rPr>
        <w:softHyphen/>
      </w:r>
      <w:r w:rsidRPr="00094FB3">
        <w:rPr>
          <w:rFonts w:ascii="Aptos" w:eastAsia="HelveticaNeue-Light" w:hAnsi="Aptos" w:cstheme="majorHAnsi"/>
          <w:b/>
          <w:sz w:val="28"/>
          <w:szCs w:val="28"/>
        </w:rPr>
        <w:softHyphen/>
      </w:r>
      <w:r w:rsidR="00C331D0" w:rsidRPr="00094FB3">
        <w:rPr>
          <w:rFonts w:ascii="Aptos" w:hAnsi="Aptos" w:cstheme="majorHAnsi"/>
        </w:rPr>
        <w:br/>
      </w:r>
      <w:r w:rsidR="00C331D0" w:rsidRPr="00094FB3">
        <w:rPr>
          <w:rFonts w:ascii="Aptos" w:hAnsi="Aptos" w:cstheme="majorHAnsi"/>
          <w:sz w:val="24"/>
          <w:szCs w:val="24"/>
        </w:rPr>
        <w:t>Please complete all sections of this form. Incomplete forms may not be considered. Once submitted, the Students’ Union will review and contact you regarding approval.</w:t>
      </w:r>
      <w:r w:rsidR="00A0313F" w:rsidRPr="00094FB3">
        <w:rPr>
          <w:rFonts w:ascii="Aptos" w:hAnsi="Aptos" w:cstheme="majorHAnsi"/>
          <w:sz w:val="24"/>
          <w:szCs w:val="24"/>
        </w:rPr>
        <w:t xml:space="preserve"> </w:t>
      </w:r>
      <w:r w:rsidR="00133188">
        <w:rPr>
          <w:rFonts w:ascii="Aptos" w:hAnsi="Aptos" w:cstheme="majorHAnsi"/>
          <w:sz w:val="24"/>
          <w:szCs w:val="24"/>
        </w:rPr>
        <w:t>Neither s</w:t>
      </w:r>
      <w:r w:rsidR="00A0313F" w:rsidRPr="00094FB3">
        <w:rPr>
          <w:rFonts w:ascii="Aptos" w:hAnsi="Aptos" w:cstheme="majorHAnsi"/>
          <w:sz w:val="24"/>
          <w:szCs w:val="24"/>
        </w:rPr>
        <w:t xml:space="preserve">ponsorships </w:t>
      </w:r>
      <w:r w:rsidR="00155661" w:rsidRPr="00094FB3">
        <w:rPr>
          <w:rFonts w:ascii="Aptos" w:hAnsi="Aptos" w:cstheme="majorHAnsi"/>
          <w:sz w:val="24"/>
          <w:szCs w:val="24"/>
        </w:rPr>
        <w:t xml:space="preserve">nor affiliations are permitted to </w:t>
      </w:r>
      <w:r w:rsidR="00133188">
        <w:rPr>
          <w:rFonts w:ascii="Aptos" w:hAnsi="Aptos" w:cstheme="majorHAnsi"/>
          <w:sz w:val="24"/>
          <w:szCs w:val="24"/>
        </w:rPr>
        <w:t xml:space="preserve">automatically </w:t>
      </w:r>
      <w:r w:rsidR="001F67F5">
        <w:rPr>
          <w:rFonts w:ascii="Aptos" w:hAnsi="Aptos" w:cstheme="majorHAnsi"/>
          <w:sz w:val="24"/>
          <w:szCs w:val="24"/>
        </w:rPr>
        <w:t>roll over</w:t>
      </w:r>
      <w:r w:rsidR="00133188">
        <w:rPr>
          <w:rFonts w:ascii="Aptos" w:hAnsi="Aptos" w:cstheme="majorHAnsi"/>
          <w:sz w:val="24"/>
          <w:szCs w:val="24"/>
        </w:rPr>
        <w:t xml:space="preserve"> to the next</w:t>
      </w:r>
      <w:r w:rsidR="00A0313F" w:rsidRPr="00094FB3">
        <w:rPr>
          <w:rFonts w:ascii="Aptos" w:hAnsi="Aptos" w:cstheme="majorHAnsi"/>
          <w:sz w:val="24"/>
          <w:szCs w:val="24"/>
        </w:rPr>
        <w:t xml:space="preserve"> academic year</w:t>
      </w:r>
      <w:r w:rsidR="0091258A">
        <w:rPr>
          <w:rFonts w:ascii="Aptos" w:hAnsi="Aptos" w:cstheme="majorHAnsi"/>
          <w:sz w:val="24"/>
          <w:szCs w:val="24"/>
        </w:rPr>
        <w:t xml:space="preserve">, where they will be reviewed annually by the </w:t>
      </w:r>
      <w:r w:rsidR="00133188">
        <w:rPr>
          <w:rFonts w:ascii="Aptos" w:hAnsi="Aptos" w:cstheme="majorHAnsi"/>
          <w:sz w:val="24"/>
          <w:szCs w:val="24"/>
        </w:rPr>
        <w:t xml:space="preserve">committee and SU staff. </w:t>
      </w:r>
    </w:p>
    <w:p w14:paraId="4BB1BF9A" w14:textId="77777777" w:rsidR="00516575" w:rsidRPr="00094FB3" w:rsidRDefault="00516575" w:rsidP="00FC6BC1">
      <w:pPr>
        <w:rPr>
          <w:rFonts w:ascii="Aptos" w:hAnsi="Aptos" w:cstheme="majorHAnsi"/>
          <w:b/>
          <w:bCs/>
          <w:sz w:val="24"/>
          <w:szCs w:val="24"/>
        </w:rPr>
      </w:pPr>
    </w:p>
    <w:p w14:paraId="0361BA0D" w14:textId="1019DFF7" w:rsidR="00621E81" w:rsidRPr="00094FB3" w:rsidRDefault="00C331D0" w:rsidP="00FC6BC1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>Section 1 – Club or Society Information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5812"/>
      </w:tblGrid>
      <w:tr w:rsidR="009F42CC" w:rsidRPr="00094FB3" w14:paraId="24D06B29" w14:textId="77777777" w:rsidTr="0000674E">
        <w:tc>
          <w:tcPr>
            <w:tcW w:w="3119" w:type="dxa"/>
          </w:tcPr>
          <w:p w14:paraId="6C375DE1" w14:textId="78003F17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Name of Club or Society </w:t>
            </w:r>
          </w:p>
        </w:tc>
        <w:tc>
          <w:tcPr>
            <w:tcW w:w="5812" w:type="dxa"/>
          </w:tcPr>
          <w:p w14:paraId="23198357" w14:textId="77777777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110EC677" w14:textId="77777777" w:rsidTr="0000674E">
        <w:tc>
          <w:tcPr>
            <w:tcW w:w="3119" w:type="dxa"/>
          </w:tcPr>
          <w:p w14:paraId="6AABD377" w14:textId="4951023C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hAnsi="Aptos" w:cstheme="majorHAnsi"/>
                <w:bCs/>
                <w:sz w:val="24"/>
                <w:szCs w:val="24"/>
              </w:rPr>
              <w:t xml:space="preserve">Committee </w:t>
            </w:r>
            <w:r w:rsidR="0000674E" w:rsidRPr="00094FB3">
              <w:rPr>
                <w:rFonts w:ascii="Aptos" w:hAnsi="Aptos" w:cstheme="majorHAnsi"/>
                <w:bCs/>
                <w:sz w:val="24"/>
                <w:szCs w:val="24"/>
              </w:rPr>
              <w:t>l</w:t>
            </w:r>
            <w:r w:rsidRPr="00094FB3">
              <w:rPr>
                <w:rFonts w:ascii="Aptos" w:hAnsi="Aptos" w:cstheme="majorHAnsi"/>
                <w:bCs/>
                <w:sz w:val="24"/>
                <w:szCs w:val="24"/>
              </w:rPr>
              <w:t xml:space="preserve">ead </w:t>
            </w:r>
            <w:r w:rsidR="0000674E" w:rsidRPr="00094FB3">
              <w:rPr>
                <w:rFonts w:ascii="Aptos" w:hAnsi="Aptos" w:cstheme="majorHAnsi"/>
                <w:bCs/>
                <w:sz w:val="24"/>
                <w:szCs w:val="24"/>
              </w:rPr>
              <w:t>n</w:t>
            </w:r>
            <w:r w:rsidRPr="00094FB3">
              <w:rPr>
                <w:rFonts w:ascii="Aptos" w:hAnsi="Aptos" w:cstheme="majorHAnsi"/>
                <w:bCs/>
                <w:sz w:val="24"/>
                <w:szCs w:val="24"/>
              </w:rPr>
              <w:t>ame</w:t>
            </w: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14:paraId="5CDC78AF" w14:textId="77777777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085C7E06" w14:textId="77777777" w:rsidTr="0000674E">
        <w:tc>
          <w:tcPr>
            <w:tcW w:w="3119" w:type="dxa"/>
          </w:tcPr>
          <w:p w14:paraId="7EE0847D" w14:textId="57254EF4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Committee position (chair, sec)</w:t>
            </w:r>
          </w:p>
        </w:tc>
        <w:tc>
          <w:tcPr>
            <w:tcW w:w="5812" w:type="dxa"/>
          </w:tcPr>
          <w:p w14:paraId="0647B7A2" w14:textId="77777777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5E757DC3" w14:textId="77777777" w:rsidTr="0000674E">
        <w:tc>
          <w:tcPr>
            <w:tcW w:w="3119" w:type="dxa"/>
          </w:tcPr>
          <w:p w14:paraId="5F5B5A2F" w14:textId="52FA6A72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Email address</w:t>
            </w:r>
          </w:p>
        </w:tc>
        <w:tc>
          <w:tcPr>
            <w:tcW w:w="5812" w:type="dxa"/>
          </w:tcPr>
          <w:p w14:paraId="4E9FAB25" w14:textId="77777777" w:rsidR="004369EA" w:rsidRPr="00094FB3" w:rsidRDefault="004369EA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</w:tbl>
    <w:p w14:paraId="3150149B" w14:textId="77777777" w:rsidR="00EA5513" w:rsidRPr="00094FB3" w:rsidRDefault="00EA5513" w:rsidP="00FC6BC1">
      <w:pPr>
        <w:rPr>
          <w:rFonts w:ascii="Aptos" w:hAnsi="Aptos" w:cstheme="majorHAnsi"/>
          <w:b/>
          <w:bCs/>
          <w:sz w:val="24"/>
          <w:szCs w:val="24"/>
        </w:rPr>
      </w:pPr>
    </w:p>
    <w:p w14:paraId="11234583" w14:textId="4691F8E6" w:rsidR="00EA5513" w:rsidRPr="00094FB3" w:rsidRDefault="00C331D0" w:rsidP="00FC6BC1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 xml:space="preserve">Section 2 – </w:t>
      </w:r>
      <w:r w:rsidR="00E46E2D" w:rsidRPr="00094FB3">
        <w:rPr>
          <w:rFonts w:ascii="Aptos" w:hAnsi="Aptos" w:cstheme="majorHAnsi"/>
          <w:b/>
          <w:bCs/>
          <w:sz w:val="24"/>
          <w:szCs w:val="24"/>
        </w:rPr>
        <w:t>Sponsorship or Affiliation</w:t>
      </w:r>
    </w:p>
    <w:p w14:paraId="69CC9E16" w14:textId="41B7A3F5" w:rsidR="00922DAB" w:rsidRPr="00094FB3" w:rsidRDefault="00922DAB" w:rsidP="00922DAB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 xml:space="preserve">Is </w:t>
      </w:r>
      <w:proofErr w:type="gramStart"/>
      <w:r w:rsidRPr="00094FB3">
        <w:rPr>
          <w:rFonts w:ascii="Aptos" w:hAnsi="Aptos" w:cstheme="majorHAnsi"/>
          <w:sz w:val="24"/>
          <w:szCs w:val="24"/>
        </w:rPr>
        <w:t>this a</w:t>
      </w:r>
      <w:proofErr w:type="gramEnd"/>
      <w:r w:rsidRPr="00094FB3">
        <w:rPr>
          <w:rFonts w:ascii="Aptos" w:hAnsi="Aptos" w:cstheme="majorHAnsi"/>
          <w:sz w:val="24"/>
          <w:szCs w:val="24"/>
        </w:rPr>
        <w:t xml:space="preserve"> sponsorship or an affiliation?</w:t>
      </w:r>
    </w:p>
    <w:p w14:paraId="69D9AAFD" w14:textId="676E6E4F" w:rsidR="00922DAB" w:rsidRPr="00094FB3" w:rsidRDefault="00C93B42" w:rsidP="00922DAB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hAnsi="Aptos" w:cstheme="majorHAnsi"/>
            <w:sz w:val="24"/>
            <w:szCs w:val="24"/>
          </w:rPr>
          <w:id w:val="70323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2DAB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922DAB" w:rsidRPr="00094FB3">
        <w:rPr>
          <w:rFonts w:ascii="Aptos" w:hAnsi="Aptos" w:cstheme="majorHAnsi"/>
          <w:sz w:val="24"/>
          <w:szCs w:val="24"/>
        </w:rPr>
        <w:t xml:space="preserve"> Sponsorship</w:t>
      </w:r>
      <w:r w:rsidR="00E21735" w:rsidRPr="00094FB3">
        <w:rPr>
          <w:rFonts w:ascii="Aptos" w:hAnsi="Aptos" w:cstheme="majorHAnsi"/>
          <w:sz w:val="24"/>
          <w:szCs w:val="24"/>
        </w:rPr>
        <w:t xml:space="preserve"> - </w:t>
      </w:r>
      <w:r w:rsidR="00B8290A" w:rsidRPr="00094FB3">
        <w:rPr>
          <w:rFonts w:ascii="Aptos" w:hAnsi="Aptos" w:cstheme="majorHAnsi"/>
          <w:sz w:val="24"/>
          <w:szCs w:val="24"/>
        </w:rPr>
        <w:t xml:space="preserve">A strategic partnership where a company </w:t>
      </w:r>
      <w:r w:rsidR="001E6454" w:rsidRPr="00094FB3">
        <w:rPr>
          <w:rFonts w:ascii="Aptos" w:hAnsi="Aptos" w:cstheme="majorHAnsi"/>
          <w:sz w:val="24"/>
          <w:szCs w:val="24"/>
        </w:rPr>
        <w:t xml:space="preserve">or individual </w:t>
      </w:r>
      <w:r w:rsidR="00B8290A" w:rsidRPr="00094FB3">
        <w:rPr>
          <w:rFonts w:ascii="Aptos" w:hAnsi="Aptos" w:cstheme="majorHAnsi"/>
          <w:sz w:val="24"/>
          <w:szCs w:val="24"/>
        </w:rPr>
        <w:t xml:space="preserve">provides </w:t>
      </w:r>
      <w:r w:rsidR="00B8290A" w:rsidRPr="00094FB3">
        <w:rPr>
          <w:rFonts w:ascii="Aptos" w:hAnsi="Aptos" w:cstheme="majorHAnsi"/>
          <w:b/>
          <w:bCs/>
          <w:sz w:val="24"/>
          <w:szCs w:val="24"/>
        </w:rPr>
        <w:t xml:space="preserve">financial or in-kind support (goods/services) </w:t>
      </w:r>
      <w:r w:rsidR="00B8290A" w:rsidRPr="00094FB3">
        <w:rPr>
          <w:rFonts w:ascii="Aptos" w:hAnsi="Aptos" w:cstheme="majorHAnsi"/>
          <w:sz w:val="24"/>
          <w:szCs w:val="24"/>
        </w:rPr>
        <w:t>to a</w:t>
      </w:r>
      <w:r w:rsidR="007C2C6D" w:rsidRPr="00094FB3">
        <w:rPr>
          <w:rFonts w:ascii="Aptos" w:hAnsi="Aptos" w:cstheme="majorHAnsi"/>
          <w:sz w:val="24"/>
          <w:szCs w:val="24"/>
        </w:rPr>
        <w:t xml:space="preserve"> club or society </w:t>
      </w:r>
      <w:r w:rsidR="00B8290A" w:rsidRPr="00094FB3">
        <w:rPr>
          <w:rFonts w:ascii="Aptos" w:hAnsi="Aptos" w:cstheme="majorHAnsi"/>
          <w:sz w:val="24"/>
          <w:szCs w:val="24"/>
        </w:rPr>
        <w:t>in exchange for marketing benefits like brand visibility, reputation building, and access to new audiences.</w:t>
      </w:r>
      <w:r w:rsidR="00F53E7C" w:rsidRPr="00094FB3">
        <w:rPr>
          <w:rFonts w:ascii="Aptos" w:hAnsi="Aptos" w:cstheme="majorHAnsi"/>
          <w:sz w:val="24"/>
          <w:szCs w:val="24"/>
        </w:rPr>
        <w:t xml:space="preserve"> For example, </w:t>
      </w:r>
      <w:r w:rsidR="005527AD" w:rsidRPr="00094FB3">
        <w:rPr>
          <w:rFonts w:ascii="Aptos" w:hAnsi="Aptos" w:cstheme="majorHAnsi"/>
          <w:sz w:val="24"/>
          <w:szCs w:val="24"/>
        </w:rPr>
        <w:t xml:space="preserve">money in exchange for </w:t>
      </w:r>
      <w:r w:rsidR="00FA0153" w:rsidRPr="00094FB3">
        <w:rPr>
          <w:rFonts w:ascii="Aptos" w:hAnsi="Aptos" w:cstheme="majorHAnsi"/>
          <w:sz w:val="24"/>
          <w:szCs w:val="24"/>
        </w:rPr>
        <w:t xml:space="preserve">advertisement on club merchandise, or prizes for a raffle. </w:t>
      </w:r>
    </w:p>
    <w:p w14:paraId="69D21234" w14:textId="62E314F6" w:rsidR="008D3A70" w:rsidRPr="00094FB3" w:rsidRDefault="00C93B42" w:rsidP="00922DAB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hAnsi="Aptos" w:cstheme="majorHAnsi"/>
            <w:sz w:val="24"/>
            <w:szCs w:val="24"/>
          </w:rPr>
          <w:id w:val="422778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520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922DAB" w:rsidRPr="00094FB3">
        <w:rPr>
          <w:rFonts w:ascii="Aptos" w:hAnsi="Aptos" w:cstheme="majorHAnsi"/>
          <w:sz w:val="24"/>
          <w:szCs w:val="24"/>
        </w:rPr>
        <w:t xml:space="preserve"> Affiliation</w:t>
      </w:r>
      <w:r w:rsidR="00E21735" w:rsidRPr="00094FB3">
        <w:rPr>
          <w:rFonts w:ascii="Aptos" w:hAnsi="Aptos" w:cstheme="majorHAnsi"/>
          <w:sz w:val="24"/>
          <w:szCs w:val="24"/>
        </w:rPr>
        <w:t xml:space="preserve"> </w:t>
      </w:r>
      <w:r w:rsidR="007C2C6D" w:rsidRPr="00094FB3">
        <w:rPr>
          <w:rFonts w:ascii="Aptos" w:hAnsi="Aptos" w:cstheme="majorHAnsi"/>
          <w:sz w:val="24"/>
          <w:szCs w:val="24"/>
        </w:rPr>
        <w:t>–</w:t>
      </w:r>
      <w:r w:rsidR="00E21735" w:rsidRPr="00094FB3">
        <w:rPr>
          <w:rFonts w:ascii="Aptos" w:hAnsi="Aptos" w:cstheme="majorHAnsi"/>
          <w:sz w:val="24"/>
          <w:szCs w:val="24"/>
        </w:rPr>
        <w:t xml:space="preserve"> </w:t>
      </w:r>
      <w:r w:rsidR="007C2C6D" w:rsidRPr="00094FB3">
        <w:rPr>
          <w:rFonts w:ascii="Aptos" w:hAnsi="Aptos" w:cstheme="majorHAnsi"/>
          <w:sz w:val="24"/>
          <w:szCs w:val="24"/>
        </w:rPr>
        <w:t xml:space="preserve">A partnership between an </w:t>
      </w:r>
      <w:proofErr w:type="spellStart"/>
      <w:r w:rsidR="007C2C6D" w:rsidRPr="00094FB3">
        <w:rPr>
          <w:rFonts w:ascii="Aptos" w:hAnsi="Aptos" w:cstheme="majorHAnsi"/>
          <w:sz w:val="24"/>
          <w:szCs w:val="24"/>
        </w:rPr>
        <w:t>organi</w:t>
      </w:r>
      <w:r w:rsidR="00220C3E" w:rsidRPr="00094FB3">
        <w:rPr>
          <w:rFonts w:ascii="Aptos" w:hAnsi="Aptos" w:cstheme="majorHAnsi"/>
          <w:sz w:val="24"/>
          <w:szCs w:val="24"/>
        </w:rPr>
        <w:t>s</w:t>
      </w:r>
      <w:r w:rsidR="007C2C6D" w:rsidRPr="00094FB3">
        <w:rPr>
          <w:rFonts w:ascii="Aptos" w:hAnsi="Aptos" w:cstheme="majorHAnsi"/>
          <w:sz w:val="24"/>
          <w:szCs w:val="24"/>
        </w:rPr>
        <w:t>ation</w:t>
      </w:r>
      <w:proofErr w:type="spellEnd"/>
      <w:r w:rsidR="001E6454" w:rsidRPr="00094FB3">
        <w:rPr>
          <w:rFonts w:ascii="Aptos" w:hAnsi="Aptos" w:cstheme="majorHAnsi"/>
          <w:sz w:val="24"/>
          <w:szCs w:val="24"/>
        </w:rPr>
        <w:t xml:space="preserve"> or individual</w:t>
      </w:r>
      <w:r w:rsidR="007C2C6D" w:rsidRPr="00094FB3">
        <w:rPr>
          <w:rFonts w:ascii="Aptos" w:hAnsi="Aptos" w:cstheme="majorHAnsi"/>
          <w:sz w:val="24"/>
          <w:szCs w:val="24"/>
        </w:rPr>
        <w:t xml:space="preserve"> and a club or society </w:t>
      </w:r>
      <w:r w:rsidR="008B729F" w:rsidRPr="00094FB3">
        <w:rPr>
          <w:rFonts w:ascii="Aptos" w:hAnsi="Aptos" w:cstheme="majorHAnsi"/>
          <w:sz w:val="24"/>
          <w:szCs w:val="24"/>
        </w:rPr>
        <w:t xml:space="preserve">who both </w:t>
      </w:r>
      <w:r w:rsidR="00DC4108" w:rsidRPr="00094FB3">
        <w:rPr>
          <w:rFonts w:ascii="Aptos" w:hAnsi="Aptos" w:cstheme="majorHAnsi"/>
          <w:sz w:val="24"/>
          <w:szCs w:val="24"/>
        </w:rPr>
        <w:t xml:space="preserve">work </w:t>
      </w:r>
      <w:r w:rsidR="008B729F" w:rsidRPr="00094FB3">
        <w:rPr>
          <w:rFonts w:ascii="Aptos" w:hAnsi="Aptos" w:cstheme="majorHAnsi"/>
          <w:sz w:val="24"/>
          <w:szCs w:val="24"/>
        </w:rPr>
        <w:t>towards a common goal,</w:t>
      </w:r>
      <w:r w:rsidR="00220C3E" w:rsidRPr="00094FB3">
        <w:rPr>
          <w:rFonts w:ascii="Aptos" w:hAnsi="Aptos" w:cstheme="majorHAnsi"/>
          <w:sz w:val="24"/>
          <w:szCs w:val="24"/>
        </w:rPr>
        <w:t xml:space="preserve"> but </w:t>
      </w:r>
      <w:r w:rsidR="00220C3E" w:rsidRPr="00094FB3">
        <w:rPr>
          <w:rFonts w:ascii="Aptos" w:hAnsi="Aptos" w:cstheme="majorHAnsi"/>
          <w:b/>
          <w:bCs/>
          <w:sz w:val="24"/>
          <w:szCs w:val="24"/>
        </w:rPr>
        <w:t>not for financial gain</w:t>
      </w:r>
      <w:r w:rsidR="008B729F" w:rsidRPr="00094FB3">
        <w:rPr>
          <w:rFonts w:ascii="Aptos" w:hAnsi="Aptos" w:cstheme="majorHAnsi"/>
          <w:sz w:val="24"/>
          <w:szCs w:val="24"/>
        </w:rPr>
        <w:t xml:space="preserve">. </w:t>
      </w:r>
      <w:r w:rsidR="00F53E7C" w:rsidRPr="00094FB3">
        <w:rPr>
          <w:rFonts w:ascii="Aptos" w:hAnsi="Aptos" w:cstheme="majorHAnsi"/>
          <w:sz w:val="24"/>
          <w:szCs w:val="24"/>
        </w:rPr>
        <w:t xml:space="preserve">For example, the use of a sporting ground or links to a charity. </w:t>
      </w:r>
    </w:p>
    <w:p w14:paraId="7F64DBB2" w14:textId="2C0CD270" w:rsidR="00EA5513" w:rsidRPr="00094FB3" w:rsidRDefault="00E46E2D" w:rsidP="00FC6BC1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 xml:space="preserve">Section 3 </w:t>
      </w:r>
      <w:r w:rsidR="00217DFF">
        <w:rPr>
          <w:rFonts w:ascii="Aptos" w:hAnsi="Aptos" w:cstheme="majorHAnsi"/>
          <w:b/>
          <w:bCs/>
          <w:sz w:val="24"/>
          <w:szCs w:val="24"/>
        </w:rPr>
        <w:t>–</w:t>
      </w:r>
      <w:r w:rsidR="00C331D0" w:rsidRPr="00094FB3">
        <w:rPr>
          <w:rFonts w:ascii="Aptos" w:hAnsi="Aptos" w:cstheme="majorHAnsi"/>
          <w:b/>
          <w:bCs/>
          <w:sz w:val="24"/>
          <w:szCs w:val="24"/>
        </w:rPr>
        <w:t xml:space="preserve"> </w:t>
      </w:r>
      <w:r w:rsidR="00A52E52" w:rsidRPr="00094FB3">
        <w:rPr>
          <w:rFonts w:ascii="Aptos" w:hAnsi="Aptos" w:cstheme="majorHAnsi"/>
          <w:b/>
          <w:bCs/>
          <w:sz w:val="24"/>
          <w:szCs w:val="24"/>
        </w:rPr>
        <w:t>Sponsor/Affili</w:t>
      </w:r>
      <w:r w:rsidR="0030383C">
        <w:rPr>
          <w:rFonts w:ascii="Aptos" w:hAnsi="Aptos" w:cstheme="majorHAnsi"/>
          <w:b/>
          <w:bCs/>
          <w:sz w:val="24"/>
          <w:szCs w:val="24"/>
        </w:rPr>
        <w:t>ate’</w:t>
      </w:r>
      <w:r w:rsidR="00A52E52" w:rsidRPr="00094FB3">
        <w:rPr>
          <w:rFonts w:ascii="Aptos" w:hAnsi="Aptos" w:cstheme="majorHAnsi"/>
          <w:b/>
          <w:bCs/>
          <w:sz w:val="24"/>
          <w:szCs w:val="24"/>
        </w:rPr>
        <w:t xml:space="preserve">s </w:t>
      </w:r>
      <w:r w:rsidR="00C331D0" w:rsidRPr="00094FB3">
        <w:rPr>
          <w:rFonts w:ascii="Aptos" w:hAnsi="Aptos" w:cstheme="majorHAnsi"/>
          <w:b/>
          <w:bCs/>
          <w:sz w:val="24"/>
          <w:szCs w:val="24"/>
        </w:rPr>
        <w:t>Information</w:t>
      </w:r>
    </w:p>
    <w:tbl>
      <w:tblPr>
        <w:tblStyle w:val="TableGrid"/>
        <w:tblW w:w="89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4962"/>
      </w:tblGrid>
      <w:tr w:rsidR="009F42CC" w:rsidRPr="00094FB3" w14:paraId="05717B92" w14:textId="77777777" w:rsidTr="006A4A98">
        <w:tc>
          <w:tcPr>
            <w:tcW w:w="3969" w:type="dxa"/>
          </w:tcPr>
          <w:p w14:paraId="533F886D" w14:textId="6F7AF045" w:rsidR="0000674E" w:rsidRPr="00094FB3" w:rsidRDefault="0000674E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Proposed sponsor</w:t>
            </w:r>
            <w:r w:rsidR="00A52E52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/affiliations</w:t>
            </w: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  <w:r w:rsidRPr="00094FB3">
              <w:rPr>
                <w:rFonts w:ascii="Aptos" w:eastAsia="HelveticaNeue-Light" w:hAnsi="Aptos" w:cstheme="majorHAnsi"/>
                <w:b/>
                <w:sz w:val="24"/>
                <w:szCs w:val="24"/>
              </w:rPr>
              <w:t>name</w:t>
            </w: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476193D7" w14:textId="77777777" w:rsidR="0000674E" w:rsidRPr="00094FB3" w:rsidRDefault="0000674E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12C69F6D" w14:textId="77777777" w:rsidTr="006A4A98">
        <w:tc>
          <w:tcPr>
            <w:tcW w:w="3969" w:type="dxa"/>
          </w:tcPr>
          <w:p w14:paraId="6D9E490F" w14:textId="7C39CF72" w:rsidR="0000674E" w:rsidRPr="00094FB3" w:rsidRDefault="004343C2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hAnsi="Aptos" w:cstheme="majorHAnsi"/>
                <w:bCs/>
                <w:sz w:val="24"/>
                <w:szCs w:val="24"/>
              </w:rPr>
              <w:t>Sponsor</w:t>
            </w:r>
            <w:r w:rsidR="00A52E52" w:rsidRPr="00094FB3">
              <w:rPr>
                <w:rFonts w:ascii="Aptos" w:hAnsi="Aptos" w:cstheme="majorHAnsi"/>
                <w:bCs/>
                <w:sz w:val="24"/>
                <w:szCs w:val="24"/>
              </w:rPr>
              <w:t>/affiliation</w:t>
            </w:r>
            <w:r w:rsidRPr="00094FB3">
              <w:rPr>
                <w:rFonts w:ascii="Aptos" w:hAnsi="Aptos" w:cstheme="majorHAnsi"/>
                <w:bCs/>
                <w:sz w:val="24"/>
                <w:szCs w:val="24"/>
              </w:rPr>
              <w:t xml:space="preserve"> </w:t>
            </w:r>
            <w:r w:rsidR="006A4A98" w:rsidRPr="00094FB3">
              <w:rPr>
                <w:rFonts w:ascii="Aptos" w:hAnsi="Aptos" w:cstheme="majorHAnsi"/>
                <w:b/>
                <w:sz w:val="24"/>
                <w:szCs w:val="24"/>
              </w:rPr>
              <w:t xml:space="preserve">primary </w:t>
            </w:r>
            <w:r w:rsidRPr="00094FB3">
              <w:rPr>
                <w:rFonts w:ascii="Aptos" w:hAnsi="Aptos" w:cstheme="majorHAnsi"/>
                <w:b/>
                <w:sz w:val="24"/>
                <w:szCs w:val="24"/>
              </w:rPr>
              <w:t>contact name</w:t>
            </w:r>
            <w:r w:rsidRPr="00094FB3">
              <w:rPr>
                <w:rFonts w:ascii="Aptos" w:hAnsi="Aptos" w:cstheme="majorHAnsi"/>
                <w:bCs/>
                <w:sz w:val="24"/>
                <w:szCs w:val="24"/>
              </w:rPr>
              <w:t xml:space="preserve"> </w:t>
            </w:r>
            <w:r w:rsidR="0000674E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6C65A70D" w14:textId="77777777" w:rsidR="0000674E" w:rsidRPr="00094FB3" w:rsidRDefault="0000674E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5603272D" w14:textId="77777777" w:rsidTr="006A4A98">
        <w:tc>
          <w:tcPr>
            <w:tcW w:w="3969" w:type="dxa"/>
          </w:tcPr>
          <w:p w14:paraId="68DEDC41" w14:textId="3836537C" w:rsidR="0000674E" w:rsidRPr="00094FB3" w:rsidRDefault="004343C2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Sponsor</w:t>
            </w:r>
            <w:r w:rsidR="00A52E52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/affiliation</w:t>
            </w: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  <w:r w:rsidRPr="00094FB3">
              <w:rPr>
                <w:rFonts w:ascii="Aptos" w:eastAsia="HelveticaNeue-Light" w:hAnsi="Aptos" w:cstheme="majorHAnsi"/>
                <w:b/>
                <w:sz w:val="24"/>
                <w:szCs w:val="24"/>
              </w:rPr>
              <w:t>contact role / title</w:t>
            </w: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48B4AAA4" w14:textId="77777777" w:rsidR="0000674E" w:rsidRPr="00094FB3" w:rsidRDefault="0000674E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2FAF4A63" w14:textId="77777777" w:rsidTr="006A4A98">
        <w:tc>
          <w:tcPr>
            <w:tcW w:w="3969" w:type="dxa"/>
          </w:tcPr>
          <w:p w14:paraId="5202BBC5" w14:textId="4EA81A24" w:rsidR="0000674E" w:rsidRPr="00094FB3" w:rsidRDefault="00A52E52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Sponsor/affiliation</w:t>
            </w:r>
            <w:r w:rsidR="004343C2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  <w:r w:rsidR="00A0313F" w:rsidRPr="00094FB3">
              <w:rPr>
                <w:rFonts w:ascii="Aptos" w:eastAsia="HelveticaNeue-Light" w:hAnsi="Aptos" w:cstheme="majorHAnsi"/>
                <w:b/>
                <w:sz w:val="24"/>
                <w:szCs w:val="24"/>
              </w:rPr>
              <w:t>e</w:t>
            </w:r>
            <w:r w:rsidR="0000674E" w:rsidRPr="00094FB3">
              <w:rPr>
                <w:rFonts w:ascii="Aptos" w:eastAsia="HelveticaNeue-Light" w:hAnsi="Aptos" w:cstheme="majorHAnsi"/>
                <w:b/>
                <w:sz w:val="24"/>
                <w:szCs w:val="24"/>
              </w:rPr>
              <w:t>mail address</w:t>
            </w:r>
          </w:p>
        </w:tc>
        <w:tc>
          <w:tcPr>
            <w:tcW w:w="4962" w:type="dxa"/>
          </w:tcPr>
          <w:p w14:paraId="4DEA46E9" w14:textId="77777777" w:rsidR="0000674E" w:rsidRPr="00094FB3" w:rsidRDefault="0000674E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76D4498F" w14:textId="77777777" w:rsidTr="006A4A98">
        <w:tc>
          <w:tcPr>
            <w:tcW w:w="3969" w:type="dxa"/>
          </w:tcPr>
          <w:p w14:paraId="31873DF0" w14:textId="219D2B44" w:rsidR="00A0313F" w:rsidRPr="00094FB3" w:rsidRDefault="00A52E52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lastRenderedPageBreak/>
              <w:t xml:space="preserve">Sponsor/affiliation </w:t>
            </w:r>
            <w:r w:rsidR="00A0313F" w:rsidRPr="00094FB3">
              <w:rPr>
                <w:rFonts w:ascii="Aptos" w:eastAsia="HelveticaNeue-Light" w:hAnsi="Aptos" w:cstheme="majorHAnsi"/>
                <w:b/>
                <w:sz w:val="24"/>
                <w:szCs w:val="24"/>
              </w:rPr>
              <w:t>phone number</w:t>
            </w:r>
          </w:p>
        </w:tc>
        <w:tc>
          <w:tcPr>
            <w:tcW w:w="4962" w:type="dxa"/>
          </w:tcPr>
          <w:p w14:paraId="2C5FEB58" w14:textId="77777777" w:rsidR="00A0313F" w:rsidRPr="00094FB3" w:rsidRDefault="00A0313F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616CF8F7" w14:textId="77777777" w:rsidTr="006A4A98">
        <w:tc>
          <w:tcPr>
            <w:tcW w:w="3969" w:type="dxa"/>
          </w:tcPr>
          <w:p w14:paraId="43222DB3" w14:textId="7A8DF33D" w:rsidR="00A0313F" w:rsidRPr="00094FB3" w:rsidRDefault="006A4A98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Sponsor/affiliation </w:t>
            </w:r>
            <w:r w:rsidR="00A0313F" w:rsidRPr="00094FB3">
              <w:rPr>
                <w:rFonts w:ascii="Aptos" w:eastAsia="HelveticaNeue-Light" w:hAnsi="Aptos" w:cstheme="majorHAnsi"/>
                <w:b/>
                <w:sz w:val="24"/>
                <w:szCs w:val="24"/>
              </w:rPr>
              <w:t>website and social media</w:t>
            </w:r>
            <w:r w:rsidR="00A0313F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(if applicable) </w:t>
            </w: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11400E30" w14:textId="77777777" w:rsidR="00A0313F" w:rsidRPr="00094FB3" w:rsidRDefault="00A0313F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  <w:tr w:rsidR="009F42CC" w:rsidRPr="00094FB3" w14:paraId="13F6BFB5" w14:textId="77777777" w:rsidTr="006A4A98">
        <w:tc>
          <w:tcPr>
            <w:tcW w:w="3969" w:type="dxa"/>
          </w:tcPr>
          <w:p w14:paraId="2AC5FB7A" w14:textId="3FD4952A" w:rsidR="00A0313F" w:rsidRPr="00094FB3" w:rsidRDefault="00A0313F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Cs/>
                <w:sz w:val="24"/>
                <w:szCs w:val="24"/>
              </w:rPr>
            </w:pP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Brief description of the nature of the </w:t>
            </w:r>
            <w:proofErr w:type="spellStart"/>
            <w:r w:rsidR="00FC0F08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organi</w:t>
            </w:r>
            <w:r w:rsidR="00006F01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s</w:t>
            </w:r>
            <w:r w:rsidR="00FC0F08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ation</w:t>
            </w:r>
            <w:proofErr w:type="spellEnd"/>
            <w:r w:rsidR="00FC0F08"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>/individual</w:t>
            </w:r>
            <w:r w:rsidRPr="00094FB3">
              <w:rPr>
                <w:rFonts w:ascii="Aptos" w:eastAsia="HelveticaNeue-Light" w:hAnsi="Aptos" w:cstheme="maj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084D2E52" w14:textId="77777777" w:rsidR="00A0313F" w:rsidRPr="00094FB3" w:rsidRDefault="00A0313F" w:rsidP="00DB53E9">
            <w:pPr>
              <w:autoSpaceDE w:val="0"/>
              <w:autoSpaceDN w:val="0"/>
              <w:adjustRightInd w:val="0"/>
              <w:rPr>
                <w:rFonts w:ascii="Aptos" w:eastAsia="HelveticaNeue-Light" w:hAnsi="Aptos" w:cstheme="majorHAnsi"/>
                <w:b/>
                <w:sz w:val="24"/>
                <w:szCs w:val="24"/>
              </w:rPr>
            </w:pPr>
          </w:p>
        </w:tc>
      </w:tr>
    </w:tbl>
    <w:p w14:paraId="617C9CEB" w14:textId="77777777" w:rsidR="00C4061E" w:rsidRDefault="00C4061E" w:rsidP="00C4061E">
      <w:pPr>
        <w:rPr>
          <w:rFonts w:ascii="Aptos" w:hAnsi="Aptos" w:cstheme="majorHAnsi"/>
          <w:b/>
          <w:bCs/>
          <w:sz w:val="24"/>
          <w:szCs w:val="24"/>
        </w:rPr>
      </w:pPr>
    </w:p>
    <w:p w14:paraId="6EA01AA9" w14:textId="38937202" w:rsidR="00C4061E" w:rsidRPr="00094FB3" w:rsidRDefault="00C4061E" w:rsidP="00C4061E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 xml:space="preserve">Section </w:t>
      </w:r>
      <w:r>
        <w:rPr>
          <w:rFonts w:ascii="Aptos" w:hAnsi="Aptos" w:cstheme="majorHAnsi"/>
          <w:b/>
          <w:bCs/>
          <w:sz w:val="24"/>
          <w:szCs w:val="24"/>
        </w:rPr>
        <w:t xml:space="preserve">4 </w:t>
      </w:r>
      <w:r w:rsidRPr="00094FB3">
        <w:rPr>
          <w:rFonts w:ascii="Aptos" w:hAnsi="Aptos" w:cstheme="majorHAnsi"/>
          <w:b/>
          <w:bCs/>
          <w:sz w:val="24"/>
          <w:szCs w:val="24"/>
        </w:rPr>
        <w:t>– Ethical and Compliance Considerations</w:t>
      </w:r>
    </w:p>
    <w:p w14:paraId="0F2BB7E3" w14:textId="77777777" w:rsidR="00C4061E" w:rsidRPr="00094FB3" w:rsidRDefault="00C4061E" w:rsidP="00C4061E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Does the sponsor</w:t>
      </w:r>
      <w:r>
        <w:rPr>
          <w:rFonts w:ascii="Aptos" w:hAnsi="Aptos" w:cstheme="majorHAnsi"/>
          <w:sz w:val="24"/>
          <w:szCs w:val="24"/>
        </w:rPr>
        <w:t>/affiliate</w:t>
      </w:r>
      <w:r w:rsidRPr="00094FB3">
        <w:rPr>
          <w:rFonts w:ascii="Aptos" w:hAnsi="Aptos" w:cstheme="majorHAnsi"/>
          <w:sz w:val="24"/>
          <w:szCs w:val="24"/>
        </w:rPr>
        <w:t xml:space="preserve"> or their products/services present any of the following concerns? (check any that apply):</w:t>
      </w:r>
    </w:p>
    <w:p w14:paraId="1B3A47EC" w14:textId="77777777" w:rsidR="00C4061E" w:rsidRPr="00094FB3" w:rsidRDefault="00C93B42" w:rsidP="00C4061E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eastAsia="MS Gothic" w:hAnsi="Aptos" w:cstheme="majorHAnsi"/>
            <w:sz w:val="24"/>
            <w:szCs w:val="24"/>
            <w:lang w:val="en-GB"/>
          </w:rPr>
          <w:id w:val="138668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61E" w:rsidRPr="00094FB3">
            <w:rPr>
              <w:rFonts w:ascii="Aptos" w:eastAsia="MS Gothic" w:hAnsi="Aptos" w:cs="Segoe UI Symbol"/>
              <w:sz w:val="24"/>
              <w:szCs w:val="24"/>
              <w:lang w:val="en-GB"/>
            </w:rPr>
            <w:t>☐</w:t>
          </w:r>
        </w:sdtContent>
      </w:sdt>
      <w:r w:rsidR="00C4061E" w:rsidRPr="00094FB3">
        <w:rPr>
          <w:rFonts w:ascii="Aptos" w:eastAsia="MS Gothic" w:hAnsi="Aptos" w:cstheme="majorHAnsi"/>
          <w:sz w:val="24"/>
          <w:szCs w:val="24"/>
          <w:lang w:val="en-GB"/>
        </w:rPr>
        <w:t xml:space="preserve"> </w:t>
      </w:r>
      <w:r w:rsidR="00C4061E" w:rsidRPr="00094FB3">
        <w:rPr>
          <w:rFonts w:ascii="Aptos" w:hAnsi="Aptos" w:cstheme="majorHAnsi"/>
          <w:sz w:val="24"/>
          <w:szCs w:val="24"/>
          <w:lang w:val="en-GB"/>
        </w:rPr>
        <w:t>Sells or promotes alcohol, tobacco, gambling, or adult products</w:t>
      </w:r>
    </w:p>
    <w:p w14:paraId="25E5F503" w14:textId="4FBF3369" w:rsidR="00C4061E" w:rsidRPr="00094FB3" w:rsidRDefault="00C93B42" w:rsidP="00C4061E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eastAsia="MS Gothic" w:hAnsi="Aptos" w:cstheme="majorHAnsi"/>
            <w:sz w:val="24"/>
            <w:szCs w:val="24"/>
            <w:lang w:val="en-GB"/>
          </w:rPr>
          <w:id w:val="-648975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61E" w:rsidRPr="00094FB3">
            <w:rPr>
              <w:rFonts w:ascii="Aptos" w:eastAsia="MS Gothic" w:hAnsi="Aptos" w:cs="Segoe UI Symbol"/>
              <w:sz w:val="24"/>
              <w:szCs w:val="24"/>
              <w:lang w:val="en-GB"/>
            </w:rPr>
            <w:t>☐</w:t>
          </w:r>
        </w:sdtContent>
      </w:sdt>
      <w:r w:rsidR="00C4061E" w:rsidRPr="00094FB3">
        <w:rPr>
          <w:rFonts w:ascii="Aptos" w:eastAsia="MS Gothic" w:hAnsi="Aptos" w:cstheme="majorHAnsi"/>
          <w:sz w:val="24"/>
          <w:szCs w:val="24"/>
          <w:lang w:val="en-GB"/>
        </w:rPr>
        <w:t xml:space="preserve"> </w:t>
      </w:r>
      <w:r w:rsidR="00C4061E" w:rsidRPr="00094FB3">
        <w:rPr>
          <w:rFonts w:ascii="Aptos" w:hAnsi="Aptos" w:cstheme="majorHAnsi"/>
          <w:sz w:val="24"/>
          <w:szCs w:val="24"/>
          <w:lang w:val="en-GB"/>
        </w:rPr>
        <w:t xml:space="preserve">Engages in activities that could be considered unethical or controversial (e.g. </w:t>
      </w:r>
      <w:r w:rsidR="0080725D">
        <w:rPr>
          <w:rFonts w:ascii="Aptos" w:hAnsi="Aptos" w:cstheme="majorHAnsi"/>
          <w:sz w:val="24"/>
          <w:szCs w:val="24"/>
          <w:lang w:val="en-GB"/>
        </w:rPr>
        <w:t xml:space="preserve">questionable practices regarding animal welfare, </w:t>
      </w:r>
      <w:r w:rsidR="00C4061E" w:rsidRPr="00094FB3">
        <w:rPr>
          <w:rFonts w:ascii="Aptos" w:hAnsi="Aptos" w:cstheme="majorHAnsi"/>
          <w:sz w:val="24"/>
          <w:szCs w:val="24"/>
          <w:lang w:val="en-GB"/>
        </w:rPr>
        <w:t>fast fashion, etc.)</w:t>
      </w:r>
    </w:p>
    <w:p w14:paraId="01F54A7C" w14:textId="7E90EAE7" w:rsidR="00C4061E" w:rsidRPr="00094FB3" w:rsidRDefault="00C93B42" w:rsidP="00C4061E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eastAsia="MS Gothic" w:hAnsi="Aptos" w:cstheme="majorHAnsi"/>
            <w:sz w:val="24"/>
            <w:szCs w:val="24"/>
            <w:lang w:val="en-GB"/>
          </w:rPr>
          <w:id w:val="896704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F3E">
            <w:rPr>
              <w:rFonts w:ascii="MS Gothic" w:eastAsia="MS Gothic" w:hAnsi="MS Gothic" w:cstheme="majorHAnsi" w:hint="eastAsia"/>
              <w:sz w:val="24"/>
              <w:szCs w:val="24"/>
              <w:lang w:val="en-GB"/>
            </w:rPr>
            <w:t>☐</w:t>
          </w:r>
        </w:sdtContent>
      </w:sdt>
      <w:r w:rsidR="00E0446D">
        <w:rPr>
          <w:rFonts w:ascii="Aptos" w:eastAsia="MS Gothic" w:hAnsi="Aptos" w:cstheme="majorHAnsi"/>
          <w:sz w:val="24"/>
          <w:szCs w:val="24"/>
          <w:lang w:val="en-GB"/>
        </w:rPr>
        <w:t xml:space="preserve"> </w:t>
      </w:r>
      <w:r w:rsidR="00C4061E" w:rsidRPr="00094FB3">
        <w:rPr>
          <w:rFonts w:ascii="Aptos" w:hAnsi="Aptos" w:cstheme="majorHAnsi"/>
          <w:sz w:val="24"/>
          <w:szCs w:val="24"/>
          <w:lang w:val="en-GB"/>
        </w:rPr>
        <w:t>Involved in political or religious promotion that may be considered divisive on campus</w:t>
      </w:r>
    </w:p>
    <w:p w14:paraId="3A373B15" w14:textId="77777777" w:rsidR="00C4061E" w:rsidRDefault="00C93B42" w:rsidP="00C4061E">
      <w:pPr>
        <w:rPr>
          <w:rFonts w:ascii="Aptos" w:hAnsi="Aptos" w:cstheme="majorHAnsi"/>
          <w:sz w:val="24"/>
          <w:szCs w:val="24"/>
          <w:lang w:val="en-GB"/>
        </w:rPr>
      </w:pPr>
      <w:sdt>
        <w:sdtPr>
          <w:rPr>
            <w:rFonts w:ascii="Aptos" w:eastAsia="MS Gothic" w:hAnsi="Aptos" w:cstheme="majorHAnsi"/>
            <w:sz w:val="24"/>
            <w:szCs w:val="24"/>
            <w:lang w:val="en-GB"/>
          </w:rPr>
          <w:id w:val="-158306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061E">
            <w:rPr>
              <w:rFonts w:ascii="MS Gothic" w:eastAsia="MS Gothic" w:hAnsi="MS Gothic" w:cstheme="majorHAnsi"/>
              <w:sz w:val="24"/>
              <w:szCs w:val="24"/>
              <w:lang w:val="en-GB"/>
            </w:rPr>
            <w:t>☐</w:t>
          </w:r>
        </w:sdtContent>
      </w:sdt>
      <w:r w:rsidR="00C4061E" w:rsidRPr="00094FB3">
        <w:rPr>
          <w:rFonts w:ascii="Aptos" w:eastAsia="MS Gothic" w:hAnsi="Aptos" w:cstheme="majorHAnsi"/>
          <w:sz w:val="24"/>
          <w:szCs w:val="24"/>
          <w:lang w:val="en-GB"/>
        </w:rPr>
        <w:t xml:space="preserve"> </w:t>
      </w:r>
      <w:r w:rsidR="00C4061E" w:rsidRPr="00094FB3">
        <w:rPr>
          <w:rFonts w:ascii="Aptos" w:hAnsi="Aptos" w:cstheme="majorHAnsi"/>
          <w:sz w:val="24"/>
          <w:szCs w:val="24"/>
          <w:lang w:val="en-GB"/>
        </w:rPr>
        <w:t xml:space="preserve">May </w:t>
      </w:r>
      <w:proofErr w:type="gramStart"/>
      <w:r w:rsidR="00C4061E" w:rsidRPr="00094FB3">
        <w:rPr>
          <w:rFonts w:ascii="Aptos" w:hAnsi="Aptos" w:cstheme="majorHAnsi"/>
          <w:sz w:val="24"/>
          <w:szCs w:val="24"/>
          <w:lang w:val="en-GB"/>
        </w:rPr>
        <w:t>be in conflict with</w:t>
      </w:r>
      <w:proofErr w:type="gramEnd"/>
      <w:r w:rsidR="00C4061E" w:rsidRPr="00094FB3">
        <w:rPr>
          <w:rFonts w:ascii="Aptos" w:hAnsi="Aptos" w:cstheme="majorHAnsi"/>
          <w:sz w:val="24"/>
          <w:szCs w:val="24"/>
          <w:lang w:val="en-GB"/>
        </w:rPr>
        <w:t xml:space="preserve"> existing Hartpury University or Students’ Union sponsorships or contracts</w:t>
      </w:r>
    </w:p>
    <w:p w14:paraId="73183A7F" w14:textId="736BD1F7" w:rsidR="001A4AF7" w:rsidRDefault="00C93B42" w:rsidP="00C4061E">
      <w:pPr>
        <w:rPr>
          <w:rFonts w:ascii="Aptos" w:eastAsia="MS Gothic" w:hAnsi="Aptos" w:cstheme="majorHAnsi"/>
          <w:sz w:val="24"/>
          <w:szCs w:val="24"/>
        </w:rPr>
      </w:pPr>
      <w:sdt>
        <w:sdtPr>
          <w:rPr>
            <w:rFonts w:ascii="Aptos" w:eastAsia="MS Gothic" w:hAnsi="Aptos" w:cstheme="majorHAnsi"/>
            <w:sz w:val="24"/>
            <w:szCs w:val="24"/>
          </w:rPr>
          <w:id w:val="-2142174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4AF7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1A4AF7">
        <w:rPr>
          <w:rFonts w:ascii="Aptos" w:eastAsia="MS Gothic" w:hAnsi="Aptos" w:cstheme="majorHAnsi"/>
          <w:sz w:val="24"/>
          <w:szCs w:val="24"/>
        </w:rPr>
        <w:t xml:space="preserve"> Other: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A4AF7" w14:paraId="240FACD9" w14:textId="77777777" w:rsidTr="001A4AF7">
        <w:tc>
          <w:tcPr>
            <w:tcW w:w="8630" w:type="dxa"/>
          </w:tcPr>
          <w:p w14:paraId="66B1685D" w14:textId="77777777" w:rsidR="001A4AF7" w:rsidRDefault="001A4AF7" w:rsidP="00C4061E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22940850" w14:textId="77777777" w:rsidR="001A4AF7" w:rsidRDefault="001A4AF7" w:rsidP="00C4061E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</w:tr>
    </w:tbl>
    <w:p w14:paraId="0EBC69DA" w14:textId="77777777" w:rsidR="001A4AF7" w:rsidRPr="00094FB3" w:rsidRDefault="001A4AF7" w:rsidP="00C4061E">
      <w:pPr>
        <w:rPr>
          <w:rFonts w:ascii="Aptos" w:hAnsi="Aptos" w:cstheme="majorHAnsi"/>
          <w:sz w:val="24"/>
          <w:szCs w:val="24"/>
        </w:rPr>
      </w:pPr>
    </w:p>
    <w:p w14:paraId="504D5EEC" w14:textId="587DC64E" w:rsidR="00C4061E" w:rsidRDefault="00C93B42" w:rsidP="00C4061E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eastAsia="MS Gothic" w:hAnsi="Aptos" w:cstheme="majorHAnsi"/>
            <w:sz w:val="24"/>
            <w:szCs w:val="24"/>
          </w:rPr>
          <w:id w:val="38931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AE0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C4061E" w:rsidRPr="00094FB3">
        <w:rPr>
          <w:rFonts w:ascii="Aptos" w:eastAsia="MS Gothic" w:hAnsi="Aptos" w:cstheme="majorHAnsi"/>
          <w:sz w:val="24"/>
          <w:szCs w:val="24"/>
        </w:rPr>
        <w:t xml:space="preserve"> </w:t>
      </w:r>
      <w:r w:rsidR="00C4061E" w:rsidRPr="00094FB3">
        <w:rPr>
          <w:rFonts w:ascii="Aptos" w:hAnsi="Aptos" w:cstheme="majorHAnsi"/>
          <w:sz w:val="24"/>
          <w:szCs w:val="24"/>
        </w:rPr>
        <w:t>None of the above</w:t>
      </w:r>
    </w:p>
    <w:p w14:paraId="433F7567" w14:textId="77777777" w:rsidR="00C4061E" w:rsidRPr="00094FB3" w:rsidRDefault="00C4061E" w:rsidP="00C4061E">
      <w:pPr>
        <w:rPr>
          <w:rFonts w:ascii="Aptos" w:hAnsi="Aptos" w:cstheme="majorHAnsi"/>
          <w:sz w:val="24"/>
          <w:szCs w:val="24"/>
        </w:rPr>
      </w:pPr>
    </w:p>
    <w:p w14:paraId="7487B8F2" w14:textId="17E54DC8" w:rsidR="00C4061E" w:rsidRPr="00094FB3" w:rsidRDefault="00C4061E" w:rsidP="00C4061E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Are there any potential reputational risks for Hartpury SU or Hartpury University/College in partnering with this sponsor</w:t>
      </w:r>
      <w:r w:rsidR="001929CE">
        <w:rPr>
          <w:rFonts w:ascii="Aptos" w:hAnsi="Aptos" w:cstheme="majorHAnsi"/>
          <w:sz w:val="24"/>
          <w:szCs w:val="24"/>
        </w:rPr>
        <w:t>/affiliate</w:t>
      </w:r>
      <w:r w:rsidRPr="00094FB3">
        <w:rPr>
          <w:rFonts w:ascii="Aptos" w:hAnsi="Aptos" w:cstheme="majorHAnsi"/>
          <w:sz w:val="24"/>
          <w:szCs w:val="24"/>
        </w:rPr>
        <w:t>?</w:t>
      </w:r>
    </w:p>
    <w:p w14:paraId="15CF1587" w14:textId="221A465C" w:rsidR="00C4061E" w:rsidRPr="00094FB3" w:rsidRDefault="00C4061E" w:rsidP="00C4061E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 xml:space="preserve"> </w:t>
      </w:r>
      <w:sdt>
        <w:sdtPr>
          <w:rPr>
            <w:rFonts w:ascii="Aptos" w:hAnsi="Aptos" w:cstheme="majorHAnsi"/>
            <w:sz w:val="24"/>
            <w:szCs w:val="24"/>
          </w:rPr>
          <w:id w:val="112874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ajorHAnsi"/>
              <w:sz w:val="24"/>
              <w:szCs w:val="24"/>
            </w:rPr>
            <w:t>☐</w:t>
          </w:r>
        </w:sdtContent>
      </w:sdt>
      <w:r w:rsidR="0014445E">
        <w:rPr>
          <w:rFonts w:ascii="Aptos" w:hAnsi="Aptos" w:cstheme="majorHAnsi"/>
          <w:sz w:val="24"/>
          <w:szCs w:val="24"/>
        </w:rPr>
        <w:t xml:space="preserve"> </w:t>
      </w:r>
      <w:r w:rsidRPr="00094FB3">
        <w:rPr>
          <w:rFonts w:ascii="Aptos" w:hAnsi="Aptos" w:cstheme="majorHAnsi"/>
          <w:sz w:val="24"/>
          <w:szCs w:val="24"/>
        </w:rPr>
        <w:t>Yes</w:t>
      </w:r>
    </w:p>
    <w:p w14:paraId="44798807" w14:textId="07327B2A" w:rsidR="00C4061E" w:rsidRPr="00094FB3" w:rsidRDefault="00C4061E" w:rsidP="00C4061E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 xml:space="preserve"> </w:t>
      </w:r>
      <w:sdt>
        <w:sdtPr>
          <w:rPr>
            <w:rFonts w:ascii="Aptos" w:hAnsi="Aptos" w:cstheme="majorHAnsi"/>
            <w:sz w:val="24"/>
            <w:szCs w:val="24"/>
          </w:rPr>
          <w:id w:val="1310435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14445E">
        <w:rPr>
          <w:rFonts w:ascii="Aptos" w:hAnsi="Aptos" w:cstheme="majorHAnsi"/>
          <w:sz w:val="24"/>
          <w:szCs w:val="24"/>
        </w:rPr>
        <w:t xml:space="preserve"> </w:t>
      </w:r>
      <w:r w:rsidRPr="00094FB3">
        <w:rPr>
          <w:rFonts w:ascii="Aptos" w:hAnsi="Aptos" w:cstheme="majorHAnsi"/>
          <w:sz w:val="24"/>
          <w:szCs w:val="24"/>
        </w:rPr>
        <w:t>No</w:t>
      </w:r>
    </w:p>
    <w:p w14:paraId="05643FED" w14:textId="77777777" w:rsidR="00C4061E" w:rsidRDefault="00C4061E" w:rsidP="00C4061E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If yes, please explain: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D4305" w14:paraId="122CDAF9" w14:textId="77777777" w:rsidTr="00DD4305">
        <w:tc>
          <w:tcPr>
            <w:tcW w:w="8630" w:type="dxa"/>
          </w:tcPr>
          <w:p w14:paraId="6E8C29CF" w14:textId="77777777" w:rsidR="00DD4305" w:rsidRDefault="00DD4305" w:rsidP="00C4061E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</w:tr>
    </w:tbl>
    <w:p w14:paraId="275D5899" w14:textId="77777777" w:rsidR="00DD4305" w:rsidRDefault="00DD4305" w:rsidP="00C4061E">
      <w:pPr>
        <w:rPr>
          <w:rFonts w:ascii="Aptos" w:hAnsi="Aptos" w:cstheme="majorHAnsi"/>
          <w:sz w:val="24"/>
          <w:szCs w:val="24"/>
        </w:rPr>
      </w:pPr>
    </w:p>
    <w:p w14:paraId="7AB01D88" w14:textId="5BFF257A" w:rsidR="006C6984" w:rsidRPr="00094FB3" w:rsidRDefault="00F55ED8" w:rsidP="006C6984">
      <w:pPr>
        <w:rPr>
          <w:rFonts w:ascii="Aptos" w:hAnsi="Aptos" w:cstheme="majorHAnsi"/>
          <w:b/>
          <w:bCs/>
          <w:sz w:val="24"/>
          <w:szCs w:val="24"/>
        </w:rPr>
      </w:pPr>
      <w:r>
        <w:rPr>
          <w:rFonts w:ascii="Aptos" w:hAnsi="Aptos" w:cstheme="majorHAnsi"/>
          <w:b/>
          <w:bCs/>
          <w:sz w:val="24"/>
          <w:szCs w:val="24"/>
        </w:rPr>
        <w:t xml:space="preserve">Section </w:t>
      </w:r>
      <w:r w:rsidR="003D5BD5">
        <w:rPr>
          <w:rFonts w:ascii="Aptos" w:hAnsi="Aptos" w:cstheme="majorHAnsi"/>
          <w:b/>
          <w:bCs/>
          <w:sz w:val="24"/>
          <w:szCs w:val="24"/>
        </w:rPr>
        <w:t>5</w:t>
      </w:r>
      <w:r>
        <w:rPr>
          <w:rFonts w:ascii="Aptos" w:hAnsi="Aptos" w:cstheme="majorHAnsi"/>
          <w:b/>
          <w:bCs/>
          <w:sz w:val="24"/>
          <w:szCs w:val="24"/>
        </w:rPr>
        <w:t xml:space="preserve"> - </w:t>
      </w:r>
      <w:r w:rsidR="006C6984" w:rsidRPr="00094FB3">
        <w:rPr>
          <w:rFonts w:ascii="Aptos" w:hAnsi="Aptos" w:cstheme="majorHAnsi"/>
          <w:b/>
          <w:bCs/>
          <w:sz w:val="24"/>
          <w:szCs w:val="24"/>
        </w:rPr>
        <w:t>Supporting Documents</w:t>
      </w:r>
    </w:p>
    <w:p w14:paraId="5169F266" w14:textId="0C20ECE6" w:rsidR="006C6984" w:rsidRPr="00094FB3" w:rsidRDefault="006C6984" w:rsidP="006C6984">
      <w:pPr>
        <w:pStyle w:val="NoSpacing"/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Please attach any draft contracts, promotional materials, or correspondence relevant to the sponsorship</w:t>
      </w:r>
      <w:r w:rsidR="00BA5956">
        <w:rPr>
          <w:rFonts w:ascii="Aptos" w:hAnsi="Aptos" w:cstheme="majorHAnsi"/>
          <w:sz w:val="24"/>
          <w:szCs w:val="24"/>
        </w:rPr>
        <w:t>/affiliation</w:t>
      </w:r>
      <w:r w:rsidRPr="00094FB3">
        <w:rPr>
          <w:rFonts w:ascii="Aptos" w:hAnsi="Aptos" w:cstheme="majorHAnsi"/>
          <w:sz w:val="24"/>
          <w:szCs w:val="24"/>
        </w:rPr>
        <w:t>.</w:t>
      </w:r>
      <w:r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0617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Pr="00094FB3">
        <w:rPr>
          <w:rFonts w:ascii="Aptos" w:hAnsi="Aptos" w:cstheme="majorHAnsi"/>
          <w:sz w:val="24"/>
          <w:szCs w:val="24"/>
        </w:rPr>
        <w:t xml:space="preserve"> Draft Sponsorship</w:t>
      </w:r>
      <w:r>
        <w:rPr>
          <w:rFonts w:ascii="Aptos" w:hAnsi="Aptos" w:cstheme="majorHAnsi"/>
          <w:sz w:val="24"/>
          <w:szCs w:val="24"/>
        </w:rPr>
        <w:t>/Affiliation</w:t>
      </w:r>
      <w:r w:rsidRPr="00094FB3">
        <w:rPr>
          <w:rFonts w:ascii="Aptos" w:hAnsi="Aptos" w:cstheme="majorHAnsi"/>
          <w:sz w:val="24"/>
          <w:szCs w:val="24"/>
        </w:rPr>
        <w:t xml:space="preserve"> Agreement</w:t>
      </w:r>
      <w:r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2147388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Pr="00094FB3">
        <w:rPr>
          <w:rFonts w:ascii="Aptos" w:hAnsi="Aptos" w:cstheme="majorHAnsi"/>
          <w:sz w:val="24"/>
          <w:szCs w:val="24"/>
        </w:rPr>
        <w:t xml:space="preserve"> Promotional Artwork / Logo</w:t>
      </w:r>
      <w:r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791785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Pr="00094FB3">
        <w:rPr>
          <w:rFonts w:ascii="Aptos" w:hAnsi="Aptos" w:cstheme="majorHAnsi"/>
          <w:sz w:val="24"/>
          <w:szCs w:val="24"/>
        </w:rPr>
        <w:t xml:space="preserve"> Email Communication with Sponsor</w:t>
      </w:r>
      <w:r>
        <w:rPr>
          <w:rFonts w:ascii="Aptos" w:hAnsi="Aptos" w:cstheme="majorHAnsi"/>
          <w:sz w:val="24"/>
          <w:szCs w:val="24"/>
        </w:rPr>
        <w:t>/Affiliate</w:t>
      </w:r>
    </w:p>
    <w:p w14:paraId="688526F7" w14:textId="77777777" w:rsidR="006C6984" w:rsidRPr="00094FB3" w:rsidRDefault="00C93B42" w:rsidP="006C6984">
      <w:pPr>
        <w:pStyle w:val="NoSpacing"/>
        <w:rPr>
          <w:rFonts w:ascii="Aptos" w:hAnsi="Aptos" w:cstheme="majorHAnsi"/>
          <w:sz w:val="24"/>
          <w:szCs w:val="24"/>
        </w:rPr>
      </w:pPr>
      <w:sdt>
        <w:sdtPr>
          <w:rPr>
            <w:rFonts w:ascii="Aptos" w:hAnsi="Aptos" w:cstheme="majorHAnsi"/>
            <w:sz w:val="24"/>
            <w:szCs w:val="24"/>
          </w:rPr>
          <w:id w:val="60469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6984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6C6984" w:rsidRPr="00094FB3">
        <w:rPr>
          <w:rFonts w:ascii="Aptos" w:hAnsi="Aptos" w:cstheme="majorHAnsi"/>
          <w:sz w:val="24"/>
          <w:szCs w:val="24"/>
        </w:rPr>
        <w:t xml:space="preserve"> Other </w:t>
      </w:r>
    </w:p>
    <w:p w14:paraId="3370CDD0" w14:textId="77777777" w:rsidR="00FC0F08" w:rsidRDefault="00FC0F08" w:rsidP="00FC6BC1">
      <w:pPr>
        <w:rPr>
          <w:rFonts w:ascii="Aptos" w:hAnsi="Aptos" w:cs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A202C" w14:paraId="45CEF955" w14:textId="77777777" w:rsidTr="008A202C">
        <w:tc>
          <w:tcPr>
            <w:tcW w:w="8630" w:type="dxa"/>
          </w:tcPr>
          <w:p w14:paraId="08587D63" w14:textId="77777777" w:rsidR="008A202C" w:rsidRDefault="008A202C" w:rsidP="00FC6BC1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</w:tr>
    </w:tbl>
    <w:p w14:paraId="594877EA" w14:textId="77777777" w:rsidR="008A202C" w:rsidRDefault="008A202C" w:rsidP="00FC6BC1">
      <w:pPr>
        <w:rPr>
          <w:rFonts w:ascii="Aptos" w:hAnsi="Aptos" w:cstheme="majorHAnsi"/>
          <w:sz w:val="24"/>
          <w:szCs w:val="24"/>
        </w:rPr>
      </w:pPr>
    </w:p>
    <w:p w14:paraId="3DD1527B" w14:textId="3B2798DC" w:rsidR="00453790" w:rsidRPr="001B15C4" w:rsidRDefault="00453790" w:rsidP="00453790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 xml:space="preserve">Section </w:t>
      </w:r>
      <w:r w:rsidR="00BA0ACB">
        <w:rPr>
          <w:rFonts w:ascii="Aptos" w:hAnsi="Aptos" w:cstheme="majorHAnsi"/>
          <w:b/>
          <w:bCs/>
          <w:sz w:val="24"/>
          <w:szCs w:val="24"/>
        </w:rPr>
        <w:t>6</w:t>
      </w:r>
      <w:r w:rsidRPr="00094FB3">
        <w:rPr>
          <w:rFonts w:ascii="Aptos" w:hAnsi="Aptos" w:cstheme="majorHAnsi"/>
          <w:b/>
          <w:bCs/>
          <w:sz w:val="24"/>
          <w:szCs w:val="24"/>
        </w:rPr>
        <w:t xml:space="preserve"> – </w:t>
      </w:r>
      <w:r w:rsidR="00025C58">
        <w:rPr>
          <w:rFonts w:ascii="Aptos" w:hAnsi="Aptos" w:cstheme="majorHAnsi"/>
          <w:b/>
          <w:bCs/>
          <w:sz w:val="24"/>
          <w:szCs w:val="24"/>
        </w:rPr>
        <w:t xml:space="preserve">Affiliations </w:t>
      </w:r>
      <w:r w:rsidR="00025C58" w:rsidRPr="00135124">
        <w:rPr>
          <w:rFonts w:ascii="Aptos" w:hAnsi="Aptos" w:cstheme="majorHAnsi"/>
          <w:b/>
          <w:bCs/>
          <w:sz w:val="24"/>
          <w:szCs w:val="24"/>
        </w:rPr>
        <w:t xml:space="preserve">ONLY </w:t>
      </w:r>
      <w:r w:rsidR="001B15C4" w:rsidRPr="00135124">
        <w:rPr>
          <w:rFonts w:ascii="Aptos" w:hAnsi="Aptos" w:cstheme="majorHAnsi"/>
          <w:sz w:val="24"/>
          <w:szCs w:val="24"/>
        </w:rPr>
        <w:t>(for</w:t>
      </w:r>
      <w:r w:rsidR="001B15C4">
        <w:rPr>
          <w:rFonts w:ascii="Aptos" w:hAnsi="Aptos" w:cstheme="majorHAnsi"/>
          <w:sz w:val="24"/>
          <w:szCs w:val="24"/>
        </w:rPr>
        <w:t xml:space="preserve"> sponsor</w:t>
      </w:r>
      <w:r w:rsidR="00696736">
        <w:rPr>
          <w:rFonts w:ascii="Aptos" w:hAnsi="Aptos" w:cstheme="majorHAnsi"/>
          <w:sz w:val="24"/>
          <w:szCs w:val="24"/>
        </w:rPr>
        <w:t>ships</w:t>
      </w:r>
      <w:r w:rsidR="00073BEB">
        <w:rPr>
          <w:rFonts w:ascii="Aptos" w:hAnsi="Aptos" w:cstheme="majorHAnsi"/>
          <w:sz w:val="24"/>
          <w:szCs w:val="24"/>
        </w:rPr>
        <w:t>,</w:t>
      </w:r>
      <w:r w:rsidR="00696736">
        <w:rPr>
          <w:rFonts w:ascii="Aptos" w:hAnsi="Aptos" w:cstheme="majorHAnsi"/>
          <w:sz w:val="24"/>
          <w:szCs w:val="24"/>
        </w:rPr>
        <w:t xml:space="preserve"> skip </w:t>
      </w:r>
      <w:r w:rsidR="00CF0271">
        <w:rPr>
          <w:rFonts w:ascii="Aptos" w:hAnsi="Aptos" w:cstheme="majorHAnsi"/>
          <w:sz w:val="24"/>
          <w:szCs w:val="24"/>
        </w:rPr>
        <w:t>to the next</w:t>
      </w:r>
      <w:r w:rsidR="00696736">
        <w:rPr>
          <w:rFonts w:ascii="Aptos" w:hAnsi="Aptos" w:cstheme="majorHAnsi"/>
          <w:sz w:val="24"/>
          <w:szCs w:val="24"/>
        </w:rPr>
        <w:t xml:space="preserve"> section)</w:t>
      </w:r>
      <w:r w:rsidR="001B15C4">
        <w:rPr>
          <w:rFonts w:ascii="Aptos" w:hAnsi="Aptos" w:cstheme="majorHAnsi"/>
          <w:sz w:val="24"/>
          <w:szCs w:val="24"/>
        </w:rPr>
        <w:t xml:space="preserve"> </w:t>
      </w:r>
    </w:p>
    <w:p w14:paraId="73EFF964" w14:textId="7375D900" w:rsidR="00BC1134" w:rsidRDefault="00453790" w:rsidP="006C6246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 xml:space="preserve">Please outline </w:t>
      </w:r>
      <w:r w:rsidR="004B51D4">
        <w:rPr>
          <w:rFonts w:ascii="Aptos" w:hAnsi="Aptos" w:cstheme="majorHAnsi"/>
          <w:sz w:val="24"/>
          <w:szCs w:val="24"/>
        </w:rPr>
        <w:t>how</w:t>
      </w:r>
      <w:r w:rsidRPr="00094FB3">
        <w:rPr>
          <w:rFonts w:ascii="Aptos" w:hAnsi="Aptos" w:cstheme="majorHAnsi"/>
          <w:sz w:val="24"/>
          <w:szCs w:val="24"/>
        </w:rPr>
        <w:t xml:space="preserve"> your club or society will </w:t>
      </w:r>
      <w:r w:rsidR="006C6246">
        <w:rPr>
          <w:rFonts w:ascii="Aptos" w:hAnsi="Aptos" w:cstheme="majorHAnsi"/>
          <w:sz w:val="24"/>
          <w:szCs w:val="24"/>
        </w:rPr>
        <w:t>benefit</w:t>
      </w:r>
      <w:r w:rsidRPr="00094FB3">
        <w:rPr>
          <w:rFonts w:ascii="Aptos" w:hAnsi="Aptos" w:cstheme="majorHAnsi"/>
          <w:sz w:val="24"/>
          <w:szCs w:val="24"/>
        </w:rPr>
        <w:t xml:space="preserve"> </w:t>
      </w:r>
      <w:r w:rsidR="006C6246">
        <w:rPr>
          <w:rFonts w:ascii="Aptos" w:hAnsi="Aptos" w:cstheme="majorHAnsi"/>
          <w:sz w:val="24"/>
          <w:szCs w:val="24"/>
        </w:rPr>
        <w:t>from</w:t>
      </w:r>
      <w:r w:rsidR="00D8693F">
        <w:rPr>
          <w:rFonts w:ascii="Aptos" w:hAnsi="Aptos" w:cstheme="majorHAnsi"/>
          <w:sz w:val="24"/>
          <w:szCs w:val="24"/>
        </w:rPr>
        <w:t>, or work with,</w:t>
      </w:r>
      <w:r w:rsidR="006C6246">
        <w:rPr>
          <w:rFonts w:ascii="Aptos" w:hAnsi="Aptos" w:cstheme="majorHAnsi"/>
          <w:sz w:val="24"/>
          <w:szCs w:val="24"/>
        </w:rPr>
        <w:t xml:space="preserve"> the</w:t>
      </w:r>
      <w:r w:rsidRPr="00094FB3">
        <w:rPr>
          <w:rFonts w:ascii="Aptos" w:hAnsi="Aptos" w:cstheme="majorHAnsi"/>
          <w:sz w:val="24"/>
          <w:szCs w:val="24"/>
        </w:rPr>
        <w:t xml:space="preserve"> </w:t>
      </w:r>
      <w:r w:rsidR="00BC1134">
        <w:rPr>
          <w:rFonts w:ascii="Aptos" w:hAnsi="Aptos" w:cstheme="majorHAnsi"/>
          <w:sz w:val="24"/>
          <w:szCs w:val="24"/>
        </w:rPr>
        <w:t>affilia</w:t>
      </w:r>
      <w:r w:rsidR="005433BD">
        <w:rPr>
          <w:rFonts w:ascii="Aptos" w:hAnsi="Aptos" w:cstheme="majorHAnsi"/>
          <w:sz w:val="24"/>
          <w:szCs w:val="24"/>
        </w:rPr>
        <w:t>t</w:t>
      </w:r>
      <w:r w:rsidR="00D8693F">
        <w:rPr>
          <w:rFonts w:ascii="Aptos" w:hAnsi="Aptos" w:cstheme="majorHAnsi"/>
          <w:sz w:val="24"/>
          <w:szCs w:val="24"/>
        </w:rPr>
        <w:t>e</w:t>
      </w:r>
      <w:r w:rsidR="00057F55">
        <w:rPr>
          <w:rFonts w:ascii="Aptos" w:hAnsi="Aptos" w:cstheme="majorHAnsi"/>
          <w:sz w:val="24"/>
          <w:szCs w:val="24"/>
        </w:rPr>
        <w:t xml:space="preserve">. Please also include </w:t>
      </w:r>
      <w:r w:rsidR="0074480D">
        <w:rPr>
          <w:rFonts w:ascii="Aptos" w:hAnsi="Aptos" w:cstheme="majorHAnsi"/>
          <w:sz w:val="24"/>
          <w:szCs w:val="24"/>
        </w:rPr>
        <w:t xml:space="preserve">details of </w:t>
      </w:r>
      <w:r w:rsidR="00057F55">
        <w:rPr>
          <w:rFonts w:ascii="Aptos" w:hAnsi="Aptos" w:cstheme="majorHAnsi"/>
          <w:sz w:val="24"/>
          <w:szCs w:val="24"/>
        </w:rPr>
        <w:t xml:space="preserve">any </w:t>
      </w:r>
      <w:r w:rsidR="002F0D6C">
        <w:rPr>
          <w:rFonts w:ascii="Aptos" w:hAnsi="Aptos" w:cstheme="majorHAnsi"/>
          <w:sz w:val="24"/>
          <w:szCs w:val="24"/>
        </w:rPr>
        <w:t xml:space="preserve">agreements regarding costings and how frequently </w:t>
      </w:r>
      <w:r w:rsidR="0085484D">
        <w:rPr>
          <w:rFonts w:ascii="Aptos" w:hAnsi="Aptos" w:cstheme="majorHAnsi"/>
          <w:sz w:val="24"/>
          <w:szCs w:val="24"/>
        </w:rPr>
        <w:t>this may be needed</w:t>
      </w:r>
      <w:r w:rsidR="00057F55">
        <w:rPr>
          <w:rFonts w:ascii="Aptos" w:hAnsi="Aptos" w:cstheme="majorHAnsi"/>
          <w:sz w:val="24"/>
          <w:szCs w:val="24"/>
        </w:rPr>
        <w:t xml:space="preserve">, such as cost of venue hire, insurance, </w:t>
      </w:r>
      <w:r w:rsidR="002F0D6C">
        <w:rPr>
          <w:rFonts w:ascii="Aptos" w:hAnsi="Aptos" w:cstheme="majorHAnsi"/>
          <w:sz w:val="24"/>
          <w:szCs w:val="24"/>
        </w:rPr>
        <w:t xml:space="preserve">trainers </w:t>
      </w:r>
      <w:proofErr w:type="spellStart"/>
      <w:r w:rsidR="002F0D6C">
        <w:rPr>
          <w:rFonts w:ascii="Aptos" w:hAnsi="Aptos" w:cstheme="majorHAnsi"/>
          <w:sz w:val="24"/>
          <w:szCs w:val="24"/>
        </w:rPr>
        <w:t>etc</w:t>
      </w:r>
      <w:proofErr w:type="spellEnd"/>
      <w:r w:rsidR="005433BD">
        <w:rPr>
          <w:rFonts w:ascii="Aptos" w:hAnsi="Aptos" w:cstheme="majorHAnsi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A7F0F" w14:paraId="266437EA" w14:textId="77777777" w:rsidTr="009A7F0F">
        <w:tc>
          <w:tcPr>
            <w:tcW w:w="8630" w:type="dxa"/>
          </w:tcPr>
          <w:p w14:paraId="09679D59" w14:textId="77777777" w:rsidR="009A7F0F" w:rsidRDefault="009A7F0F" w:rsidP="006C6246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1736EE4B" w14:textId="77777777" w:rsidR="009A7F0F" w:rsidRDefault="009A7F0F" w:rsidP="006C6246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5915671A" w14:textId="77777777" w:rsidR="00CF2D91" w:rsidRDefault="00CF2D91" w:rsidP="006C6246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2CCF43AE" w14:textId="77777777" w:rsidR="009A7F0F" w:rsidRDefault="009A7F0F" w:rsidP="006C6246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</w:tr>
    </w:tbl>
    <w:p w14:paraId="16F87D2E" w14:textId="77777777" w:rsidR="00FC15F6" w:rsidRDefault="00FC15F6" w:rsidP="00FC15F6">
      <w:pPr>
        <w:rPr>
          <w:rFonts w:ascii="Aptos" w:hAnsi="Aptos" w:cstheme="majorHAnsi"/>
          <w:sz w:val="24"/>
          <w:szCs w:val="24"/>
        </w:rPr>
      </w:pPr>
    </w:p>
    <w:p w14:paraId="73C0BA62" w14:textId="2CF6E694" w:rsidR="00FC15F6" w:rsidRPr="00094FB3" w:rsidRDefault="00FC15F6" w:rsidP="00FC15F6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Proposed Start Date: ………………………………………</w:t>
      </w:r>
    </w:p>
    <w:p w14:paraId="732F2C3B" w14:textId="3C1C570E" w:rsidR="00FC15F6" w:rsidRDefault="00FC15F6" w:rsidP="00225F41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Proposed End Date: ……………………………………….</w:t>
      </w:r>
    </w:p>
    <w:p w14:paraId="6AAD1057" w14:textId="77777777" w:rsidR="00FC15F6" w:rsidRPr="00FC15F6" w:rsidRDefault="00FC15F6" w:rsidP="00225F41">
      <w:pPr>
        <w:rPr>
          <w:rFonts w:ascii="Aptos" w:hAnsi="Aptos" w:cstheme="majorHAnsi"/>
          <w:b/>
          <w:bCs/>
          <w:sz w:val="24"/>
          <w:szCs w:val="24"/>
        </w:rPr>
      </w:pPr>
    </w:p>
    <w:p w14:paraId="794C5AA7" w14:textId="3B6472AC" w:rsidR="00621E81" w:rsidRPr="00094FB3" w:rsidRDefault="00C331D0" w:rsidP="00FC6BC1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 xml:space="preserve">Section </w:t>
      </w:r>
      <w:r w:rsidR="00BA0ACB">
        <w:rPr>
          <w:rFonts w:ascii="Aptos" w:hAnsi="Aptos" w:cstheme="majorHAnsi"/>
          <w:b/>
          <w:bCs/>
          <w:sz w:val="24"/>
          <w:szCs w:val="24"/>
        </w:rPr>
        <w:t>7</w:t>
      </w:r>
      <w:r w:rsidRPr="00094FB3">
        <w:rPr>
          <w:rFonts w:ascii="Aptos" w:hAnsi="Aptos" w:cstheme="majorHAnsi"/>
          <w:b/>
          <w:bCs/>
          <w:sz w:val="24"/>
          <w:szCs w:val="24"/>
        </w:rPr>
        <w:t xml:space="preserve"> – Sponsorship</w:t>
      </w:r>
      <w:r w:rsidR="00C16CD2">
        <w:rPr>
          <w:rFonts w:ascii="Aptos" w:hAnsi="Aptos" w:cstheme="majorHAnsi"/>
          <w:b/>
          <w:bCs/>
          <w:sz w:val="24"/>
          <w:szCs w:val="24"/>
        </w:rPr>
        <w:t>s ONLY</w:t>
      </w:r>
      <w:r w:rsidR="00DD3E66">
        <w:rPr>
          <w:rFonts w:ascii="Aptos" w:hAnsi="Aptos" w:cstheme="majorHAnsi"/>
          <w:b/>
          <w:bCs/>
          <w:sz w:val="24"/>
          <w:szCs w:val="24"/>
        </w:rPr>
        <w:t xml:space="preserve"> </w:t>
      </w:r>
      <w:r w:rsidR="00DD3E66">
        <w:rPr>
          <w:rFonts w:ascii="Aptos" w:hAnsi="Aptos" w:cstheme="majorHAnsi"/>
          <w:sz w:val="24"/>
          <w:szCs w:val="24"/>
        </w:rPr>
        <w:t>(skip this section if this application is for an affiliation)</w:t>
      </w:r>
    </w:p>
    <w:p w14:paraId="5E7232E4" w14:textId="48663154" w:rsidR="00CC76D5" w:rsidRDefault="00C16CD2" w:rsidP="00FC6BC1">
      <w:pPr>
        <w:rPr>
          <w:rFonts w:ascii="Aptos" w:hAnsi="Aptos" w:cstheme="majorHAnsi"/>
          <w:sz w:val="24"/>
          <w:szCs w:val="24"/>
        </w:rPr>
      </w:pPr>
      <w:r>
        <w:rPr>
          <w:rFonts w:ascii="Aptos" w:hAnsi="Aptos" w:cstheme="majorHAnsi"/>
          <w:sz w:val="24"/>
          <w:szCs w:val="24"/>
        </w:rPr>
        <w:t>What will the club or society receive from the sponsor</w:t>
      </w:r>
      <w:r w:rsidR="00C331D0" w:rsidRPr="00094FB3">
        <w:rPr>
          <w:rFonts w:ascii="Aptos" w:hAnsi="Aptos" w:cstheme="majorHAnsi"/>
          <w:sz w:val="24"/>
          <w:szCs w:val="24"/>
        </w:rPr>
        <w:t xml:space="preserve"> (check all that apply):</w:t>
      </w:r>
      <w:r w:rsidR="00C331D0"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42098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8B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C331D0" w:rsidRPr="00094FB3">
        <w:rPr>
          <w:rFonts w:ascii="Aptos" w:hAnsi="Aptos" w:cstheme="majorHAnsi"/>
          <w:sz w:val="24"/>
          <w:szCs w:val="24"/>
        </w:rPr>
        <w:t xml:space="preserve"> Financial Contribution</w:t>
      </w:r>
      <w:r w:rsidR="00C331D0"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369486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8B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C331D0" w:rsidRPr="00094FB3">
        <w:rPr>
          <w:rFonts w:ascii="Aptos" w:hAnsi="Aptos" w:cstheme="majorHAnsi"/>
          <w:sz w:val="24"/>
          <w:szCs w:val="24"/>
        </w:rPr>
        <w:t xml:space="preserve"> Products/Goods</w:t>
      </w:r>
      <w:r w:rsidR="00C331D0"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715082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8B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C331D0" w:rsidRPr="00094FB3">
        <w:rPr>
          <w:rFonts w:ascii="Aptos" w:hAnsi="Aptos" w:cstheme="majorHAnsi"/>
          <w:sz w:val="24"/>
          <w:szCs w:val="24"/>
        </w:rPr>
        <w:t xml:space="preserve"> Services/Access</w:t>
      </w:r>
      <w:r w:rsidR="00C331D0"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139107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28B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C331D0" w:rsidRPr="00094FB3">
        <w:rPr>
          <w:rFonts w:ascii="Aptos" w:hAnsi="Aptos" w:cstheme="majorHAnsi"/>
          <w:sz w:val="24"/>
          <w:szCs w:val="24"/>
        </w:rPr>
        <w:t xml:space="preserve"> Venue/Facilities</w:t>
      </w:r>
      <w:r w:rsidR="00C331D0"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320699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7C1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C331D0" w:rsidRPr="00094FB3">
        <w:rPr>
          <w:rFonts w:ascii="Aptos" w:hAnsi="Aptos" w:cstheme="majorHAnsi"/>
          <w:sz w:val="24"/>
          <w:szCs w:val="24"/>
        </w:rPr>
        <w:t xml:space="preserve"> Other (please specify):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C76D5" w14:paraId="5D913C79" w14:textId="77777777" w:rsidTr="00CC76D5">
        <w:tc>
          <w:tcPr>
            <w:tcW w:w="8630" w:type="dxa"/>
          </w:tcPr>
          <w:p w14:paraId="617195EB" w14:textId="77777777" w:rsidR="00CC76D5" w:rsidRDefault="00CC76D5" w:rsidP="00FC6BC1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</w:tr>
    </w:tbl>
    <w:p w14:paraId="4D19DDCB" w14:textId="77777777" w:rsidR="00CC76D5" w:rsidRDefault="00CC76D5" w:rsidP="00FC6BC1">
      <w:pPr>
        <w:rPr>
          <w:rFonts w:ascii="Aptos" w:hAnsi="Aptos" w:cstheme="majorHAnsi"/>
          <w:sz w:val="24"/>
          <w:szCs w:val="24"/>
        </w:rPr>
      </w:pPr>
    </w:p>
    <w:p w14:paraId="0E17C310" w14:textId="0E693F92" w:rsidR="00621E81" w:rsidRDefault="00C16CD2" w:rsidP="00FC6BC1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Please outline what your club or society will provide to the sponsor in return (e.g. logo on kit, social media promotion, presence at events):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937B6" w14:paraId="04E7662C" w14:textId="77777777" w:rsidTr="000937B6">
        <w:tc>
          <w:tcPr>
            <w:tcW w:w="8630" w:type="dxa"/>
          </w:tcPr>
          <w:p w14:paraId="5D7623AD" w14:textId="77777777" w:rsidR="000937B6" w:rsidRDefault="000937B6" w:rsidP="00FC6BC1">
            <w:pPr>
              <w:rPr>
                <w:rFonts w:ascii="Aptos" w:hAnsi="Aptos" w:cstheme="majorHAnsi"/>
                <w:sz w:val="24"/>
                <w:szCs w:val="24"/>
              </w:rPr>
            </w:pPr>
          </w:p>
          <w:p w14:paraId="151294E9" w14:textId="77777777" w:rsidR="000937B6" w:rsidRDefault="000937B6" w:rsidP="00FC6BC1">
            <w:pPr>
              <w:rPr>
                <w:rFonts w:ascii="Aptos" w:hAnsi="Aptos" w:cstheme="majorHAnsi"/>
                <w:sz w:val="24"/>
                <w:szCs w:val="24"/>
              </w:rPr>
            </w:pPr>
          </w:p>
        </w:tc>
      </w:tr>
    </w:tbl>
    <w:p w14:paraId="163BDDA0" w14:textId="77777777" w:rsidR="000937B6" w:rsidRDefault="000937B6" w:rsidP="00FC6BC1">
      <w:pPr>
        <w:rPr>
          <w:rFonts w:ascii="Aptos" w:hAnsi="Aptos" w:cstheme="majorHAnsi"/>
          <w:sz w:val="24"/>
          <w:szCs w:val="24"/>
        </w:rPr>
      </w:pPr>
    </w:p>
    <w:p w14:paraId="6E722452" w14:textId="77777777" w:rsidR="000937B6" w:rsidRPr="00094FB3" w:rsidRDefault="000937B6" w:rsidP="000937B6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Proposed Sponsorship Amount: £ ………………………………………………….</w:t>
      </w:r>
    </w:p>
    <w:p w14:paraId="2BE85F44" w14:textId="77777777" w:rsidR="000937B6" w:rsidRPr="00094FB3" w:rsidRDefault="000937B6" w:rsidP="000937B6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Proposed Start Date: ………………………………………</w:t>
      </w:r>
    </w:p>
    <w:p w14:paraId="0C9B88C0" w14:textId="77777777" w:rsidR="000937B6" w:rsidRPr="00094FB3" w:rsidRDefault="000937B6" w:rsidP="000937B6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Proposed End Date: ……………………………………….</w:t>
      </w:r>
    </w:p>
    <w:p w14:paraId="7B919F8C" w14:textId="77777777" w:rsidR="000937B6" w:rsidRPr="00094FB3" w:rsidRDefault="000937B6" w:rsidP="00FC6BC1">
      <w:pPr>
        <w:rPr>
          <w:rFonts w:ascii="Aptos" w:hAnsi="Aptos" w:cstheme="majorHAnsi"/>
          <w:sz w:val="24"/>
          <w:szCs w:val="24"/>
        </w:rPr>
      </w:pPr>
    </w:p>
    <w:p w14:paraId="40A2FD2D" w14:textId="2EEC06AD" w:rsidR="00621E81" w:rsidRPr="00094FB3" w:rsidRDefault="00C331D0" w:rsidP="00FC6BC1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>Event Involvement (if applicable)</w:t>
      </w:r>
    </w:p>
    <w:p w14:paraId="326BDE51" w14:textId="77777777" w:rsidR="001D6B7D" w:rsidRPr="00094FB3" w:rsidRDefault="00C331D0" w:rsidP="00FC6BC1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 xml:space="preserve">Will the sponsor be involved in any </w:t>
      </w:r>
      <w:proofErr w:type="gramStart"/>
      <w:r w:rsidRPr="00094FB3">
        <w:rPr>
          <w:rFonts w:ascii="Aptos" w:hAnsi="Aptos" w:cstheme="majorHAnsi"/>
          <w:sz w:val="24"/>
          <w:szCs w:val="24"/>
        </w:rPr>
        <w:t>events</w:t>
      </w:r>
      <w:proofErr w:type="gramEnd"/>
      <w:r w:rsidRPr="00094FB3">
        <w:rPr>
          <w:rFonts w:ascii="Aptos" w:hAnsi="Aptos" w:cstheme="majorHAnsi"/>
          <w:sz w:val="24"/>
          <w:szCs w:val="24"/>
        </w:rPr>
        <w:t xml:space="preserve">? </w:t>
      </w:r>
    </w:p>
    <w:p w14:paraId="4A8577EA" w14:textId="77777777" w:rsidR="001D6B7D" w:rsidRPr="00094FB3" w:rsidRDefault="00C93B42" w:rsidP="00FC6BC1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hAnsi="Aptos" w:cstheme="majorHAnsi"/>
            <w:sz w:val="24"/>
            <w:szCs w:val="24"/>
          </w:rPr>
          <w:id w:val="163606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7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1D6B7D" w:rsidRPr="00094FB3">
        <w:rPr>
          <w:rFonts w:ascii="Aptos" w:hAnsi="Aptos" w:cstheme="majorHAnsi"/>
          <w:sz w:val="24"/>
          <w:szCs w:val="24"/>
        </w:rPr>
        <w:t xml:space="preserve"> Yes </w:t>
      </w:r>
    </w:p>
    <w:p w14:paraId="6177BAE0" w14:textId="0E1E064D" w:rsidR="00A0313F" w:rsidRPr="00094FB3" w:rsidRDefault="00C93B42" w:rsidP="00BA0ACB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hAnsi="Aptos" w:cstheme="majorHAnsi"/>
            <w:sz w:val="24"/>
            <w:szCs w:val="24"/>
          </w:rPr>
          <w:id w:val="-177600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7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1D6B7D" w:rsidRPr="00094FB3">
        <w:rPr>
          <w:rFonts w:ascii="Aptos" w:hAnsi="Aptos" w:cstheme="majorHAnsi"/>
          <w:sz w:val="24"/>
          <w:szCs w:val="24"/>
        </w:rPr>
        <w:t xml:space="preserve"> No</w:t>
      </w:r>
      <w:r w:rsidR="001D6B7D" w:rsidRPr="00094FB3">
        <w:rPr>
          <w:rFonts w:ascii="Aptos" w:hAnsi="Aptos" w:cstheme="majorHAnsi"/>
          <w:sz w:val="24"/>
          <w:szCs w:val="24"/>
        </w:rPr>
        <w:br/>
        <w:t>If yes, please describe: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F2D91" w14:paraId="0B419675" w14:textId="77777777" w:rsidTr="00CF2D91">
        <w:tc>
          <w:tcPr>
            <w:tcW w:w="8630" w:type="dxa"/>
          </w:tcPr>
          <w:p w14:paraId="4CC1E269" w14:textId="77777777" w:rsidR="00CF2D91" w:rsidRDefault="00CF2D91" w:rsidP="005D6F3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</w:p>
          <w:p w14:paraId="553271B9" w14:textId="77777777" w:rsidR="00CF2D91" w:rsidRDefault="00CF2D91" w:rsidP="005D6F32">
            <w:pPr>
              <w:pStyle w:val="NoSpacing"/>
              <w:rPr>
                <w:rFonts w:ascii="Aptos" w:hAnsi="Aptos" w:cstheme="majorHAnsi"/>
                <w:sz w:val="24"/>
                <w:szCs w:val="24"/>
              </w:rPr>
            </w:pPr>
          </w:p>
        </w:tc>
      </w:tr>
    </w:tbl>
    <w:p w14:paraId="30DB0A44" w14:textId="77777777" w:rsidR="005D6F32" w:rsidRPr="00094FB3" w:rsidRDefault="005D6F32" w:rsidP="005D6F32">
      <w:pPr>
        <w:pStyle w:val="NoSpacing"/>
        <w:rPr>
          <w:rFonts w:ascii="Aptos" w:hAnsi="Aptos" w:cstheme="majorHAnsi"/>
          <w:sz w:val="24"/>
          <w:szCs w:val="24"/>
        </w:rPr>
      </w:pPr>
    </w:p>
    <w:p w14:paraId="09004EEA" w14:textId="77777777" w:rsidR="00CF2D91" w:rsidRPr="00094FB3" w:rsidRDefault="00CF2D91" w:rsidP="005D6F32">
      <w:pPr>
        <w:pStyle w:val="NoSpacing"/>
        <w:rPr>
          <w:rFonts w:ascii="Aptos" w:hAnsi="Aptos" w:cstheme="majorHAnsi"/>
          <w:sz w:val="24"/>
          <w:szCs w:val="24"/>
        </w:rPr>
      </w:pPr>
    </w:p>
    <w:p w14:paraId="5CFCE840" w14:textId="4C663749" w:rsidR="00621E81" w:rsidRPr="00094FB3" w:rsidRDefault="00BA0ACB" w:rsidP="00FC6BC1">
      <w:pPr>
        <w:rPr>
          <w:rFonts w:ascii="Aptos" w:hAnsi="Aptos" w:cstheme="majorHAnsi"/>
          <w:b/>
          <w:bCs/>
          <w:sz w:val="24"/>
          <w:szCs w:val="24"/>
        </w:rPr>
      </w:pPr>
      <w:r>
        <w:rPr>
          <w:rFonts w:ascii="Aptos" w:hAnsi="Aptos" w:cstheme="majorHAnsi"/>
          <w:b/>
          <w:bCs/>
          <w:sz w:val="24"/>
          <w:szCs w:val="24"/>
        </w:rPr>
        <w:t xml:space="preserve">Section </w:t>
      </w:r>
      <w:r w:rsidR="003D5BD5">
        <w:rPr>
          <w:rFonts w:ascii="Aptos" w:hAnsi="Aptos" w:cstheme="majorHAnsi"/>
          <w:b/>
          <w:bCs/>
          <w:sz w:val="24"/>
          <w:szCs w:val="24"/>
        </w:rPr>
        <w:t>8</w:t>
      </w:r>
      <w:r>
        <w:rPr>
          <w:rFonts w:ascii="Aptos" w:hAnsi="Aptos" w:cstheme="majorHAnsi"/>
          <w:b/>
          <w:bCs/>
          <w:sz w:val="24"/>
          <w:szCs w:val="24"/>
        </w:rPr>
        <w:t xml:space="preserve"> - </w:t>
      </w:r>
      <w:r w:rsidR="00C331D0" w:rsidRPr="00094FB3">
        <w:rPr>
          <w:rFonts w:ascii="Aptos" w:hAnsi="Aptos" w:cstheme="majorHAnsi"/>
          <w:b/>
          <w:bCs/>
          <w:sz w:val="24"/>
          <w:szCs w:val="24"/>
        </w:rPr>
        <w:t>Club/Society Declaration</w:t>
      </w:r>
    </w:p>
    <w:p w14:paraId="6D66B830" w14:textId="589DACE4" w:rsidR="00621E81" w:rsidRPr="00094FB3" w:rsidRDefault="00C331D0" w:rsidP="00FC6BC1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 xml:space="preserve">We confirm that the details provided above are accurate, and we understand that any sponsorship agreement must be approved by the Hartpury Students’ Union before being </w:t>
      </w:r>
      <w:proofErr w:type="spellStart"/>
      <w:r w:rsidRPr="00094FB3">
        <w:rPr>
          <w:rFonts w:ascii="Aptos" w:hAnsi="Aptos" w:cstheme="majorHAnsi"/>
          <w:sz w:val="24"/>
          <w:szCs w:val="24"/>
        </w:rPr>
        <w:t>finalised</w:t>
      </w:r>
      <w:proofErr w:type="spellEnd"/>
      <w:r w:rsidRPr="00094FB3">
        <w:rPr>
          <w:rFonts w:ascii="Aptos" w:hAnsi="Aptos" w:cstheme="majorHAnsi"/>
          <w:sz w:val="24"/>
          <w:szCs w:val="24"/>
        </w:rPr>
        <w:t xml:space="preserve"> or promoted.</w:t>
      </w:r>
    </w:p>
    <w:p w14:paraId="15DCF487" w14:textId="67F42277" w:rsidR="00D24639" w:rsidRPr="00094FB3" w:rsidRDefault="00C331D0" w:rsidP="00FC6BC1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Signed (Club/Society Lead</w:t>
      </w:r>
      <w:proofErr w:type="gramStart"/>
      <w:r w:rsidRPr="00094FB3">
        <w:rPr>
          <w:rFonts w:ascii="Aptos" w:hAnsi="Aptos" w:cstheme="majorHAnsi"/>
          <w:sz w:val="24"/>
          <w:szCs w:val="24"/>
        </w:rPr>
        <w:t>): _</w:t>
      </w:r>
      <w:proofErr w:type="gramEnd"/>
      <w:r w:rsidRPr="00094FB3">
        <w:rPr>
          <w:rFonts w:ascii="Aptos" w:hAnsi="Aptos" w:cstheme="majorHAnsi"/>
          <w:sz w:val="24"/>
          <w:szCs w:val="24"/>
        </w:rPr>
        <w:t>_______________________</w:t>
      </w:r>
    </w:p>
    <w:p w14:paraId="45F89044" w14:textId="4B39DA05" w:rsidR="006872DA" w:rsidRPr="00094FB3" w:rsidRDefault="00C331D0" w:rsidP="006872DA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lastRenderedPageBreak/>
        <w:t>Date: ___________________</w:t>
      </w:r>
    </w:p>
    <w:p w14:paraId="4ACC5B02" w14:textId="77777777" w:rsidR="00CD05D0" w:rsidRPr="00094FB3" w:rsidRDefault="00CD05D0" w:rsidP="006872DA">
      <w:pPr>
        <w:rPr>
          <w:rFonts w:ascii="Aptos" w:hAnsi="Aptos" w:cstheme="majorHAnsi"/>
          <w:sz w:val="24"/>
          <w:szCs w:val="24"/>
        </w:rPr>
      </w:pPr>
    </w:p>
    <w:p w14:paraId="71FDE464" w14:textId="77B0DF6B" w:rsidR="00621E81" w:rsidRPr="00094FB3" w:rsidRDefault="00C331D0" w:rsidP="00FC6BC1">
      <w:pPr>
        <w:rPr>
          <w:rFonts w:ascii="Aptos" w:hAnsi="Aptos" w:cstheme="majorHAnsi"/>
          <w:b/>
          <w:bCs/>
          <w:sz w:val="24"/>
          <w:szCs w:val="24"/>
        </w:rPr>
      </w:pPr>
      <w:r w:rsidRPr="00094FB3">
        <w:rPr>
          <w:rFonts w:ascii="Aptos" w:hAnsi="Aptos" w:cstheme="majorHAnsi"/>
          <w:b/>
          <w:bCs/>
          <w:sz w:val="24"/>
          <w:szCs w:val="24"/>
        </w:rPr>
        <w:t xml:space="preserve">Section </w:t>
      </w:r>
      <w:r w:rsidR="003D5BD5">
        <w:rPr>
          <w:rFonts w:ascii="Aptos" w:hAnsi="Aptos" w:cstheme="majorHAnsi"/>
          <w:b/>
          <w:bCs/>
          <w:sz w:val="24"/>
          <w:szCs w:val="24"/>
        </w:rPr>
        <w:t>9</w:t>
      </w:r>
      <w:r w:rsidRPr="00094FB3">
        <w:rPr>
          <w:rFonts w:ascii="Aptos" w:hAnsi="Aptos" w:cstheme="majorHAnsi"/>
          <w:b/>
          <w:bCs/>
          <w:sz w:val="24"/>
          <w:szCs w:val="24"/>
        </w:rPr>
        <w:t xml:space="preserve"> – SU Use Only (Office Use)</w:t>
      </w:r>
    </w:p>
    <w:p w14:paraId="342FCE5C" w14:textId="77777777" w:rsidR="00621E81" w:rsidRPr="00094FB3" w:rsidRDefault="00C331D0" w:rsidP="00FC6BC1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 xml:space="preserve">Received </w:t>
      </w:r>
      <w:proofErr w:type="gramStart"/>
      <w:r w:rsidRPr="00094FB3">
        <w:rPr>
          <w:rFonts w:ascii="Aptos" w:hAnsi="Aptos" w:cstheme="majorHAnsi"/>
          <w:sz w:val="24"/>
          <w:szCs w:val="24"/>
        </w:rPr>
        <w:t>by: __</w:t>
      </w:r>
      <w:proofErr w:type="gramEnd"/>
      <w:r w:rsidRPr="00094FB3">
        <w:rPr>
          <w:rFonts w:ascii="Aptos" w:hAnsi="Aptos" w:cstheme="majorHAnsi"/>
          <w:sz w:val="24"/>
          <w:szCs w:val="24"/>
        </w:rPr>
        <w:t>______________________</w:t>
      </w:r>
      <w:r w:rsidRPr="00094FB3">
        <w:rPr>
          <w:rFonts w:ascii="Aptos" w:hAnsi="Aptos" w:cstheme="majorHAnsi"/>
          <w:sz w:val="24"/>
          <w:szCs w:val="24"/>
        </w:rPr>
        <w:br/>
        <w:t>Date: ____________________</w:t>
      </w:r>
    </w:p>
    <w:p w14:paraId="290C66FB" w14:textId="145186C7" w:rsidR="00621E81" w:rsidRPr="00094FB3" w:rsidRDefault="00C93B42" w:rsidP="00FC6BC1">
      <w:pPr>
        <w:rPr>
          <w:rFonts w:ascii="Aptos" w:hAnsi="Aptos" w:cstheme="majorHAnsi"/>
          <w:sz w:val="24"/>
          <w:szCs w:val="24"/>
        </w:rPr>
      </w:pPr>
      <w:sdt>
        <w:sdtPr>
          <w:rPr>
            <w:rFonts w:ascii="Aptos" w:hAnsi="Aptos" w:cstheme="majorHAnsi"/>
            <w:sz w:val="24"/>
            <w:szCs w:val="24"/>
          </w:rPr>
          <w:id w:val="-173639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7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1D6B7D" w:rsidRPr="00094FB3">
        <w:rPr>
          <w:rFonts w:ascii="Aptos" w:hAnsi="Aptos" w:cstheme="majorHAnsi"/>
          <w:sz w:val="24"/>
          <w:szCs w:val="24"/>
        </w:rPr>
        <w:t xml:space="preserve"> Approved</w:t>
      </w:r>
      <w:r w:rsidR="001D6B7D" w:rsidRPr="00094FB3">
        <w:rPr>
          <w:rFonts w:ascii="Aptos" w:hAnsi="Aptos" w:cstheme="majorHAnsi"/>
          <w:sz w:val="24"/>
          <w:szCs w:val="24"/>
        </w:rPr>
        <w:br/>
      </w:r>
      <w:sdt>
        <w:sdtPr>
          <w:rPr>
            <w:rFonts w:ascii="Aptos" w:hAnsi="Aptos" w:cstheme="majorHAnsi"/>
            <w:sz w:val="24"/>
            <w:szCs w:val="24"/>
          </w:rPr>
          <w:id w:val="-1276015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B7D" w:rsidRPr="00094FB3">
            <w:rPr>
              <w:rFonts w:ascii="Aptos" w:eastAsia="MS Gothic" w:hAnsi="Aptos" w:cs="Segoe UI Symbol"/>
              <w:sz w:val="24"/>
              <w:szCs w:val="24"/>
            </w:rPr>
            <w:t>☐</w:t>
          </w:r>
        </w:sdtContent>
      </w:sdt>
      <w:r w:rsidR="001D6B7D" w:rsidRPr="00094FB3">
        <w:rPr>
          <w:rFonts w:ascii="Aptos" w:hAnsi="Aptos" w:cstheme="majorHAnsi"/>
          <w:sz w:val="24"/>
          <w:szCs w:val="24"/>
        </w:rPr>
        <w:t xml:space="preserve"> Rejected</w:t>
      </w:r>
    </w:p>
    <w:p w14:paraId="53A4806F" w14:textId="35F52849" w:rsidR="00621E81" w:rsidRPr="00094FB3" w:rsidRDefault="00C331D0" w:rsidP="003D5FEF">
      <w:pPr>
        <w:rPr>
          <w:rFonts w:ascii="Aptos" w:hAnsi="Aptos" w:cstheme="majorHAnsi"/>
          <w:sz w:val="24"/>
          <w:szCs w:val="24"/>
        </w:rPr>
      </w:pPr>
      <w:r w:rsidRPr="00094FB3">
        <w:rPr>
          <w:rFonts w:ascii="Aptos" w:hAnsi="Aptos" w:cstheme="majorHAnsi"/>
          <w:sz w:val="24"/>
          <w:szCs w:val="24"/>
        </w:rPr>
        <w:t>If rejected, reason:</w:t>
      </w:r>
      <w:r w:rsidRPr="00094FB3">
        <w:rPr>
          <w:rFonts w:ascii="Aptos" w:hAnsi="Aptos" w:cstheme="majorHAnsi"/>
          <w:sz w:val="24"/>
          <w:szCs w:val="24"/>
        </w:rPr>
        <w:br/>
      </w:r>
    </w:p>
    <w:sectPr w:rsidR="00621E81" w:rsidRPr="00094FB3" w:rsidSect="00034616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D1CC" w14:textId="77777777" w:rsidR="00C93B42" w:rsidRDefault="00C93B42" w:rsidP="00C725B0">
      <w:pPr>
        <w:spacing w:after="0" w:line="240" w:lineRule="auto"/>
      </w:pPr>
      <w:r>
        <w:separator/>
      </w:r>
    </w:p>
  </w:endnote>
  <w:endnote w:type="continuationSeparator" w:id="0">
    <w:p w14:paraId="6675D999" w14:textId="77777777" w:rsidR="00C93B42" w:rsidRDefault="00C93B42" w:rsidP="00C72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-Light">
    <w:altName w:val="Microsoft JhengHei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930E" w14:textId="0398E42D" w:rsidR="007B1D1F" w:rsidRDefault="007B1D1F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65DD81" wp14:editId="5C65D0E8">
          <wp:simplePos x="0" y="0"/>
          <wp:positionH relativeFrom="column">
            <wp:posOffset>-984250</wp:posOffset>
          </wp:positionH>
          <wp:positionV relativeFrom="paragraph">
            <wp:posOffset>-134620</wp:posOffset>
          </wp:positionV>
          <wp:extent cx="393700" cy="400050"/>
          <wp:effectExtent l="0" t="0" r="6350" b="0"/>
          <wp:wrapSquare wrapText="bothSides"/>
          <wp:docPr id="1614142840" name="Picture 2" descr="Hartpury_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artpury_su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823" t="15843" r="20792" b="21781"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  <w:r>
      <w:t>June 202</w:t>
    </w:r>
    <w:r w:rsidR="00DF2E1B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E0E85" w14:textId="77777777" w:rsidR="00C93B42" w:rsidRDefault="00C93B42" w:rsidP="00C725B0">
      <w:pPr>
        <w:spacing w:after="0" w:line="240" w:lineRule="auto"/>
      </w:pPr>
      <w:r>
        <w:separator/>
      </w:r>
    </w:p>
  </w:footnote>
  <w:footnote w:type="continuationSeparator" w:id="0">
    <w:p w14:paraId="055B751E" w14:textId="77777777" w:rsidR="00C93B42" w:rsidRDefault="00C93B42" w:rsidP="00C72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BF1D" w14:textId="77777777" w:rsidR="0018015C" w:rsidRDefault="0018015C" w:rsidP="0018015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3231746" wp14:editId="6440A0BC">
          <wp:extent cx="3417312" cy="72000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731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58CAB9" w14:textId="77777777" w:rsidR="0018015C" w:rsidRDefault="0018015C" w:rsidP="0018015C">
    <w:pPr>
      <w:pStyle w:val="Header"/>
      <w:jc w:val="center"/>
    </w:pPr>
    <w:r>
      <w:t>Empowering students to excel by providing representation, guidance and opportunities</w:t>
    </w:r>
  </w:p>
  <w:p w14:paraId="02CEC91F" w14:textId="739D9778" w:rsidR="00C725B0" w:rsidRDefault="00C725B0">
    <w:pPr>
      <w:pStyle w:val="Header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9C532D"/>
    <w:multiLevelType w:val="hybridMultilevel"/>
    <w:tmpl w:val="6EA083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00791">
    <w:abstractNumId w:val="8"/>
  </w:num>
  <w:num w:numId="2" w16cid:durableId="1855025267">
    <w:abstractNumId w:val="6"/>
  </w:num>
  <w:num w:numId="3" w16cid:durableId="31346744">
    <w:abstractNumId w:val="5"/>
  </w:num>
  <w:num w:numId="4" w16cid:durableId="544217721">
    <w:abstractNumId w:val="4"/>
  </w:num>
  <w:num w:numId="5" w16cid:durableId="2066563969">
    <w:abstractNumId w:val="7"/>
  </w:num>
  <w:num w:numId="6" w16cid:durableId="350882815">
    <w:abstractNumId w:val="3"/>
  </w:num>
  <w:num w:numId="7" w16cid:durableId="1571112496">
    <w:abstractNumId w:val="2"/>
  </w:num>
  <w:num w:numId="8" w16cid:durableId="1065448380">
    <w:abstractNumId w:val="1"/>
  </w:num>
  <w:num w:numId="9" w16cid:durableId="1617102744">
    <w:abstractNumId w:val="0"/>
  </w:num>
  <w:num w:numId="10" w16cid:durableId="888230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74E"/>
    <w:rsid w:val="00006F01"/>
    <w:rsid w:val="00025C58"/>
    <w:rsid w:val="00034616"/>
    <w:rsid w:val="0004121D"/>
    <w:rsid w:val="0005691E"/>
    <w:rsid w:val="00057F55"/>
    <w:rsid w:val="0006063C"/>
    <w:rsid w:val="000665DE"/>
    <w:rsid w:val="0006773E"/>
    <w:rsid w:val="00073BEB"/>
    <w:rsid w:val="000937B6"/>
    <w:rsid w:val="00094FB3"/>
    <w:rsid w:val="000B3F09"/>
    <w:rsid w:val="000D0DB4"/>
    <w:rsid w:val="000E098B"/>
    <w:rsid w:val="001255F6"/>
    <w:rsid w:val="0012560E"/>
    <w:rsid w:val="00130B1A"/>
    <w:rsid w:val="00133188"/>
    <w:rsid w:val="00135124"/>
    <w:rsid w:val="0014445E"/>
    <w:rsid w:val="0015074B"/>
    <w:rsid w:val="00155661"/>
    <w:rsid w:val="00156ABD"/>
    <w:rsid w:val="00165F39"/>
    <w:rsid w:val="00173631"/>
    <w:rsid w:val="00176382"/>
    <w:rsid w:val="0018015C"/>
    <w:rsid w:val="001929CE"/>
    <w:rsid w:val="001A4AF7"/>
    <w:rsid w:val="001B15C4"/>
    <w:rsid w:val="001B7D32"/>
    <w:rsid w:val="001C53BD"/>
    <w:rsid w:val="001C64DD"/>
    <w:rsid w:val="001D6B7D"/>
    <w:rsid w:val="001E4D51"/>
    <w:rsid w:val="001E6454"/>
    <w:rsid w:val="001F2F63"/>
    <w:rsid w:val="001F67F5"/>
    <w:rsid w:val="00215014"/>
    <w:rsid w:val="00217DFF"/>
    <w:rsid w:val="00217F3E"/>
    <w:rsid w:val="00220C3E"/>
    <w:rsid w:val="00222252"/>
    <w:rsid w:val="00225F41"/>
    <w:rsid w:val="00241B5F"/>
    <w:rsid w:val="00250B2E"/>
    <w:rsid w:val="0028423F"/>
    <w:rsid w:val="002878F7"/>
    <w:rsid w:val="002933C1"/>
    <w:rsid w:val="0029639D"/>
    <w:rsid w:val="002A1030"/>
    <w:rsid w:val="002A5884"/>
    <w:rsid w:val="002F0D6C"/>
    <w:rsid w:val="0030383C"/>
    <w:rsid w:val="0031295D"/>
    <w:rsid w:val="00326F90"/>
    <w:rsid w:val="00352879"/>
    <w:rsid w:val="00390621"/>
    <w:rsid w:val="003A122B"/>
    <w:rsid w:val="003C5364"/>
    <w:rsid w:val="003D5BD5"/>
    <w:rsid w:val="003D5FEF"/>
    <w:rsid w:val="004343C2"/>
    <w:rsid w:val="004369EA"/>
    <w:rsid w:val="00437437"/>
    <w:rsid w:val="00453790"/>
    <w:rsid w:val="00470D27"/>
    <w:rsid w:val="004B1277"/>
    <w:rsid w:val="004B15BF"/>
    <w:rsid w:val="004B51D4"/>
    <w:rsid w:val="004B614B"/>
    <w:rsid w:val="004C43BF"/>
    <w:rsid w:val="004D2E2C"/>
    <w:rsid w:val="004D7854"/>
    <w:rsid w:val="004F1CBD"/>
    <w:rsid w:val="004F6B45"/>
    <w:rsid w:val="00515FD0"/>
    <w:rsid w:val="00516575"/>
    <w:rsid w:val="00526607"/>
    <w:rsid w:val="00527D5A"/>
    <w:rsid w:val="0053522D"/>
    <w:rsid w:val="00536BF6"/>
    <w:rsid w:val="005433BD"/>
    <w:rsid w:val="005527AD"/>
    <w:rsid w:val="00562FC5"/>
    <w:rsid w:val="00584101"/>
    <w:rsid w:val="005931D8"/>
    <w:rsid w:val="005C7818"/>
    <w:rsid w:val="005D6F32"/>
    <w:rsid w:val="005E466F"/>
    <w:rsid w:val="005F5AED"/>
    <w:rsid w:val="00600A37"/>
    <w:rsid w:val="00604A85"/>
    <w:rsid w:val="00621E81"/>
    <w:rsid w:val="00680E09"/>
    <w:rsid w:val="006872DA"/>
    <w:rsid w:val="006960C1"/>
    <w:rsid w:val="00696736"/>
    <w:rsid w:val="006A4A98"/>
    <w:rsid w:val="006B5D03"/>
    <w:rsid w:val="006C3076"/>
    <w:rsid w:val="006C6246"/>
    <w:rsid w:val="006C6984"/>
    <w:rsid w:val="006D570B"/>
    <w:rsid w:val="0070455E"/>
    <w:rsid w:val="00721709"/>
    <w:rsid w:val="0074480D"/>
    <w:rsid w:val="00764386"/>
    <w:rsid w:val="00767F46"/>
    <w:rsid w:val="007A42D0"/>
    <w:rsid w:val="007B1D1F"/>
    <w:rsid w:val="007C0AE0"/>
    <w:rsid w:val="007C2C6D"/>
    <w:rsid w:val="007F6365"/>
    <w:rsid w:val="00803511"/>
    <w:rsid w:val="008067D7"/>
    <w:rsid w:val="0080725D"/>
    <w:rsid w:val="00841901"/>
    <w:rsid w:val="008437C1"/>
    <w:rsid w:val="00853AE7"/>
    <w:rsid w:val="0085484D"/>
    <w:rsid w:val="00855FC3"/>
    <w:rsid w:val="0088198C"/>
    <w:rsid w:val="008A202C"/>
    <w:rsid w:val="008B50D2"/>
    <w:rsid w:val="008B55F2"/>
    <w:rsid w:val="008B729F"/>
    <w:rsid w:val="008D3A70"/>
    <w:rsid w:val="008D7575"/>
    <w:rsid w:val="0091258A"/>
    <w:rsid w:val="00915784"/>
    <w:rsid w:val="00922DAB"/>
    <w:rsid w:val="009503E2"/>
    <w:rsid w:val="0098050F"/>
    <w:rsid w:val="009A7F0F"/>
    <w:rsid w:val="009E18AA"/>
    <w:rsid w:val="009E669E"/>
    <w:rsid w:val="009F42CC"/>
    <w:rsid w:val="00A0313F"/>
    <w:rsid w:val="00A11C7A"/>
    <w:rsid w:val="00A32ADD"/>
    <w:rsid w:val="00A36406"/>
    <w:rsid w:val="00A407C7"/>
    <w:rsid w:val="00A52E52"/>
    <w:rsid w:val="00A628BD"/>
    <w:rsid w:val="00A739F2"/>
    <w:rsid w:val="00A83533"/>
    <w:rsid w:val="00A94043"/>
    <w:rsid w:val="00A96F29"/>
    <w:rsid w:val="00AA1D8D"/>
    <w:rsid w:val="00AE62A6"/>
    <w:rsid w:val="00B02679"/>
    <w:rsid w:val="00B24520"/>
    <w:rsid w:val="00B2547C"/>
    <w:rsid w:val="00B257E7"/>
    <w:rsid w:val="00B404EA"/>
    <w:rsid w:val="00B47730"/>
    <w:rsid w:val="00B7697B"/>
    <w:rsid w:val="00B8290A"/>
    <w:rsid w:val="00B862E7"/>
    <w:rsid w:val="00BA0ACB"/>
    <w:rsid w:val="00BA5956"/>
    <w:rsid w:val="00BC1134"/>
    <w:rsid w:val="00BD4469"/>
    <w:rsid w:val="00C03AE1"/>
    <w:rsid w:val="00C14940"/>
    <w:rsid w:val="00C16CD2"/>
    <w:rsid w:val="00C17A1F"/>
    <w:rsid w:val="00C331D0"/>
    <w:rsid w:val="00C4061E"/>
    <w:rsid w:val="00C51D52"/>
    <w:rsid w:val="00C725B0"/>
    <w:rsid w:val="00C93B42"/>
    <w:rsid w:val="00C95222"/>
    <w:rsid w:val="00CB0664"/>
    <w:rsid w:val="00CB1B40"/>
    <w:rsid w:val="00CC5E9C"/>
    <w:rsid w:val="00CC76D5"/>
    <w:rsid w:val="00CD05D0"/>
    <w:rsid w:val="00CF0271"/>
    <w:rsid w:val="00CF1B73"/>
    <w:rsid w:val="00CF2D91"/>
    <w:rsid w:val="00D02DB0"/>
    <w:rsid w:val="00D24639"/>
    <w:rsid w:val="00D41B0E"/>
    <w:rsid w:val="00D61FB6"/>
    <w:rsid w:val="00D67667"/>
    <w:rsid w:val="00D82D58"/>
    <w:rsid w:val="00D8693F"/>
    <w:rsid w:val="00D94664"/>
    <w:rsid w:val="00D97DA9"/>
    <w:rsid w:val="00DB53E9"/>
    <w:rsid w:val="00DB6618"/>
    <w:rsid w:val="00DC2F7C"/>
    <w:rsid w:val="00DC4108"/>
    <w:rsid w:val="00DD3E66"/>
    <w:rsid w:val="00DD4305"/>
    <w:rsid w:val="00DF2E1B"/>
    <w:rsid w:val="00DF7406"/>
    <w:rsid w:val="00E0446D"/>
    <w:rsid w:val="00E07FB1"/>
    <w:rsid w:val="00E21735"/>
    <w:rsid w:val="00E46E2D"/>
    <w:rsid w:val="00E655E1"/>
    <w:rsid w:val="00E96C0B"/>
    <w:rsid w:val="00EA5513"/>
    <w:rsid w:val="00EF6B21"/>
    <w:rsid w:val="00F21395"/>
    <w:rsid w:val="00F51501"/>
    <w:rsid w:val="00F53E7C"/>
    <w:rsid w:val="00F55ED8"/>
    <w:rsid w:val="00F71A66"/>
    <w:rsid w:val="00F71BDF"/>
    <w:rsid w:val="00F72A31"/>
    <w:rsid w:val="00F77336"/>
    <w:rsid w:val="00F92B7F"/>
    <w:rsid w:val="00FA0153"/>
    <w:rsid w:val="00FA0AD5"/>
    <w:rsid w:val="00FB1A97"/>
    <w:rsid w:val="00FC0E5A"/>
    <w:rsid w:val="00FC0F08"/>
    <w:rsid w:val="00FC15F6"/>
    <w:rsid w:val="00FC693F"/>
    <w:rsid w:val="00FC6BC1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19EC2089-CA04-4074-AECF-6EA19679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70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ba3f26-770c-45e3-851a-f7d345e8c474" xsi:nil="true"/>
    <lcf76f155ced4ddcb4097134ff3c332f xmlns="8cbcaf25-2e3a-4f92-9bf6-4783637e755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A7A5D96416E4FB11FDFBE80157E84" ma:contentTypeVersion="19" ma:contentTypeDescription="Create a new document." ma:contentTypeScope="" ma:versionID="9248f8177ea69b9ccdc16a6e66b30364">
  <xsd:schema xmlns:xsd="http://www.w3.org/2001/XMLSchema" xmlns:xs="http://www.w3.org/2001/XMLSchema" xmlns:p="http://schemas.microsoft.com/office/2006/metadata/properties" xmlns:ns2="8cbcaf25-2e3a-4f92-9bf6-4783637e7553" xmlns:ns3="53ba3f26-770c-45e3-851a-f7d345e8c474" targetNamespace="http://schemas.microsoft.com/office/2006/metadata/properties" ma:root="true" ma:fieldsID="3844945946c5c24b726871280f0201ef" ns2:_="" ns3:_="">
    <xsd:import namespace="8cbcaf25-2e3a-4f92-9bf6-4783637e7553"/>
    <xsd:import namespace="53ba3f26-770c-45e3-851a-f7d345e8c4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caf25-2e3a-4f92-9bf6-4783637e7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7e64470-a3af-4ebc-8bee-3a8290feb3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a3f26-770c-45e3-851a-f7d345e8c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c19fcd6-1b62-4114-bebf-1e4d52d0095a}" ma:internalName="TaxCatchAll" ma:showField="CatchAllData" ma:web="53ba3f26-770c-45e3-851a-f7d345e8c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A8FC7C-7B3D-4000-80DC-F819CB7E9A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5C00B-B23C-4ACC-91C1-AD936B526368}">
  <ds:schemaRefs>
    <ds:schemaRef ds:uri="http://schemas.microsoft.com/office/2006/metadata/properties"/>
    <ds:schemaRef ds:uri="http://schemas.microsoft.com/office/infopath/2007/PartnerControls"/>
    <ds:schemaRef ds:uri="53ba3f26-770c-45e3-851a-f7d345e8c474"/>
    <ds:schemaRef ds:uri="8cbcaf25-2e3a-4f92-9bf6-4783637e7553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891817-BF96-46F0-86C0-D0E601356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caf25-2e3a-4f92-9bf6-4783637e7553"/>
    <ds:schemaRef ds:uri="53ba3f26-770c-45e3-851a-f7d345e8c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Ellie.Martin2</cp:lastModifiedBy>
  <cp:revision>85</cp:revision>
  <dcterms:created xsi:type="dcterms:W3CDTF">2025-08-07T20:34:00Z</dcterms:created>
  <dcterms:modified xsi:type="dcterms:W3CDTF">2026-07-22T11:12:00Z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0x010100AF1A7A5D96416E4FB11FDFBE80157E84</vt:lpwstr>
  </property>
  <property fmtid="{D5CDD505-2E9C-101B-9397-08002B2CF9AE}" pid="3" name="MediaServiceImageTags">
    <vt:lpwstr/>
  </property>
</Properties>
</file>